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CA5A11" w14:textId="1CDF35DF" w:rsidR="00502C3A" w:rsidRPr="00F1028B" w:rsidRDefault="00F256F1" w:rsidP="6BFB9231">
      <w:pPr>
        <w:pStyle w:val="Kop1"/>
        <w:rPr>
          <w:lang w:val="nl-NL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27A02866" wp14:editId="2AA8B565">
            <wp:simplePos x="0" y="0"/>
            <wp:positionH relativeFrom="column">
              <wp:posOffset>5223819</wp:posOffset>
            </wp:positionH>
            <wp:positionV relativeFrom="paragraph">
              <wp:posOffset>-657482</wp:posOffset>
            </wp:positionV>
            <wp:extent cx="1645285" cy="1093470"/>
            <wp:effectExtent l="0" t="0" r="0" b="0"/>
            <wp:wrapNone/>
            <wp:docPr id="900826235" name="Afbeelding 4" descr="Afbeelding met Graphics, grafische vormgeving, clipart, Lettertype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6867422" name="Afbeelding 4" descr="Afbeelding met Graphics, grafische vormgeving, clipart, Lettertype&#10;&#10;Door AI gegenereerde inhoud is mogelijk onjuist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45285" cy="10934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C384D" w:rsidRPr="0067439E">
        <w:rPr>
          <w:lang w:val="nl-NL"/>
        </w:rPr>
        <w:t>Participatie</w:t>
      </w:r>
      <w:r w:rsidR="00747065" w:rsidRPr="0067439E">
        <w:rPr>
          <w:lang w:val="nl-NL"/>
        </w:rPr>
        <w:t xml:space="preserve"> eind</w:t>
      </w:r>
      <w:r w:rsidR="00FD763D" w:rsidRPr="0067439E">
        <w:rPr>
          <w:lang w:val="nl-NL"/>
        </w:rPr>
        <w:t>verslag</w:t>
      </w:r>
      <w:r w:rsidR="00CC384D" w:rsidRPr="00F1028B">
        <w:rPr>
          <w:lang w:val="nl-NL"/>
        </w:rPr>
        <w:t xml:space="preserve"> – </w:t>
      </w:r>
      <w:r w:rsidR="00CC384D" w:rsidRPr="00482D9F">
        <w:rPr>
          <w:shd w:val="clear" w:color="auto" w:fill="F2DBDB" w:themeFill="accent2" w:themeFillTint="33"/>
          <w:lang w:val="nl-NL"/>
        </w:rPr>
        <w:t>[Naam project]</w:t>
      </w:r>
    </w:p>
    <w:p w14:paraId="2379064F" w14:textId="498AD2DE" w:rsidR="007D44BB" w:rsidRPr="00F256F1" w:rsidRDefault="007D44BB" w:rsidP="007D44BB">
      <w:pPr>
        <w:spacing w:after="60"/>
        <w:rPr>
          <w:i/>
          <w:iCs/>
          <w:lang w:val="nl-NL"/>
        </w:rPr>
      </w:pPr>
      <w:r w:rsidRPr="00F256F1">
        <w:rPr>
          <w:i/>
          <w:iCs/>
          <w:lang w:val="nl-NL"/>
        </w:rPr>
        <w:t>Ter afronding van het participatieproces wordt een eindverslag opgemaakt. Hierin geeft je antwoord op vragen als: Wie zijn betrokken, op welke manier, wat was de inbreng en wat is hiermee gedaan.</w:t>
      </w:r>
    </w:p>
    <w:p w14:paraId="5787641C" w14:textId="77777777" w:rsidR="00F256F1" w:rsidRDefault="00F256F1" w:rsidP="007D44BB">
      <w:pPr>
        <w:pStyle w:val="Geenafstand"/>
        <w:rPr>
          <w:b/>
          <w:bCs/>
          <w:color w:val="1F497D" w:themeColor="text2"/>
          <w:sz w:val="24"/>
          <w:szCs w:val="24"/>
          <w:lang w:val="nl-NL"/>
        </w:rPr>
      </w:pPr>
    </w:p>
    <w:p w14:paraId="0AEC556C" w14:textId="3A2278F7" w:rsidR="007D44BB" w:rsidRPr="007D44BB" w:rsidRDefault="007D44BB" w:rsidP="007D44BB">
      <w:pPr>
        <w:pStyle w:val="Geenafstand"/>
        <w:rPr>
          <w:b/>
          <w:bCs/>
          <w:color w:val="1F497D" w:themeColor="text2"/>
          <w:sz w:val="24"/>
          <w:szCs w:val="24"/>
          <w:lang w:val="nl-NL"/>
        </w:rPr>
      </w:pPr>
      <w:r w:rsidRPr="007D44BB">
        <w:rPr>
          <w:b/>
          <w:bCs/>
          <w:color w:val="1F497D" w:themeColor="text2"/>
          <w:sz w:val="24"/>
          <w:szCs w:val="24"/>
          <w:lang w:val="nl-NL"/>
        </w:rPr>
        <w:t>Datum:     </w:t>
      </w:r>
    </w:p>
    <w:p w14:paraId="2795CC1B" w14:textId="77777777" w:rsidR="007D44BB" w:rsidRPr="007D44BB" w:rsidRDefault="007D44BB" w:rsidP="007D44BB">
      <w:pPr>
        <w:pStyle w:val="Geenafstand"/>
        <w:rPr>
          <w:b/>
          <w:bCs/>
          <w:color w:val="1F497D" w:themeColor="text2"/>
          <w:sz w:val="24"/>
          <w:szCs w:val="24"/>
          <w:lang w:val="nl-NL"/>
        </w:rPr>
      </w:pPr>
      <w:r w:rsidRPr="007D44BB">
        <w:rPr>
          <w:b/>
          <w:bCs/>
          <w:color w:val="1F497D" w:themeColor="text2"/>
          <w:sz w:val="24"/>
          <w:szCs w:val="24"/>
          <w:lang w:val="nl-NL"/>
        </w:rPr>
        <w:t>Opgesteld door:                                                        </w:t>
      </w:r>
    </w:p>
    <w:p w14:paraId="38C3E04E" w14:textId="77777777" w:rsidR="007D44BB" w:rsidRPr="007D44BB" w:rsidRDefault="007D44BB" w:rsidP="007D44BB">
      <w:pPr>
        <w:pStyle w:val="Geenafstand"/>
        <w:rPr>
          <w:b/>
          <w:bCs/>
          <w:color w:val="1F497D" w:themeColor="text2"/>
          <w:sz w:val="24"/>
          <w:szCs w:val="24"/>
          <w:lang w:val="nl-NL"/>
        </w:rPr>
      </w:pPr>
      <w:r w:rsidRPr="007D44BB">
        <w:rPr>
          <w:b/>
          <w:bCs/>
          <w:color w:val="1F497D" w:themeColor="text2"/>
          <w:sz w:val="24"/>
          <w:szCs w:val="24"/>
          <w:lang w:val="nl-NL"/>
        </w:rPr>
        <w:t>Directie &amp; afdeling:  </w:t>
      </w:r>
    </w:p>
    <w:p w14:paraId="4DF437F5" w14:textId="77777777" w:rsidR="003161C2" w:rsidRDefault="003161C2" w:rsidP="003161C2">
      <w:pPr>
        <w:pStyle w:val="Geenafstand"/>
        <w:rPr>
          <w:bCs/>
          <w:lang w:val="nl-NL"/>
        </w:rPr>
      </w:pPr>
    </w:p>
    <w:p w14:paraId="2353E325" w14:textId="77777777" w:rsidR="00FD763D" w:rsidRDefault="00FD763D" w:rsidP="003161C2">
      <w:pPr>
        <w:pStyle w:val="Geenafstand"/>
        <w:rPr>
          <w:b/>
          <w:bCs/>
          <w:lang w:val="nl-NL"/>
        </w:rPr>
      </w:pPr>
    </w:p>
    <w:p w14:paraId="5965CD57" w14:textId="480AB6F3" w:rsidR="00482D9F" w:rsidRPr="007D44BB" w:rsidRDefault="00F256F1">
      <w:pPr>
        <w:rPr>
          <w:b/>
          <w:bCs/>
          <w:i/>
          <w:iCs/>
          <w:lang w:val="nl-NL"/>
        </w:rPr>
      </w:pPr>
      <w:r>
        <w:rPr>
          <w:b/>
          <w:bCs/>
          <w:lang w:val="nl-NL"/>
        </w:rPr>
        <w:t>Korte p</w:t>
      </w:r>
      <w:r w:rsidR="007D44BB">
        <w:rPr>
          <w:b/>
          <w:bCs/>
          <w:lang w:val="nl-NL"/>
        </w:rPr>
        <w:t>rojectomschrijving</w:t>
      </w:r>
      <w:r>
        <w:rPr>
          <w:b/>
          <w:bCs/>
          <w:lang w:val="nl-NL"/>
        </w:rPr>
        <w:t xml:space="preserve"> </w:t>
      </w:r>
      <w:r w:rsidR="00482D9F" w:rsidRPr="003F7737">
        <w:rPr>
          <w:b/>
          <w:bCs/>
          <w:lang w:val="nl-NL"/>
        </w:rPr>
        <w:t xml:space="preserve"> </w:t>
      </w:r>
      <w:r w:rsidR="00482D9F" w:rsidRPr="003F7737">
        <w:rPr>
          <w:lang w:val="nl-NL"/>
        </w:rPr>
        <w:t>(</w:t>
      </w:r>
      <w:r w:rsidR="00FD763D" w:rsidRPr="007D44BB">
        <w:rPr>
          <w:i/>
          <w:iCs/>
          <w:lang w:val="nl-NL"/>
        </w:rPr>
        <w:t>Korte omschrijving</w:t>
      </w:r>
      <w:r w:rsidR="007D44BB" w:rsidRPr="007D44BB">
        <w:rPr>
          <w:i/>
          <w:iCs/>
          <w:lang w:val="nl-NL"/>
        </w:rPr>
        <w:t xml:space="preserve"> van het</w:t>
      </w:r>
      <w:r w:rsidR="00FD763D" w:rsidRPr="007D44BB">
        <w:rPr>
          <w:i/>
          <w:iCs/>
          <w:lang w:val="nl-NL"/>
        </w:rPr>
        <w:t xml:space="preserve"> project</w:t>
      </w:r>
      <w:r w:rsidR="00362629" w:rsidRPr="007D44BB">
        <w:rPr>
          <w:i/>
          <w:iCs/>
          <w:lang w:val="nl-NL"/>
        </w:rPr>
        <w:t>)</w:t>
      </w:r>
    </w:p>
    <w:p w14:paraId="519339E7" w14:textId="77777777" w:rsidR="00482D9F" w:rsidRDefault="00482D9F" w:rsidP="00482D9F">
      <w:pPr>
        <w:shd w:val="clear" w:color="auto" w:fill="F2DBDB" w:themeFill="accent2" w:themeFillTint="33"/>
        <w:rPr>
          <w:i/>
          <w:iCs/>
          <w:lang w:val="nl-NL"/>
        </w:rPr>
      </w:pPr>
    </w:p>
    <w:p w14:paraId="0C916230" w14:textId="77777777" w:rsidR="00426BE4" w:rsidRDefault="00426BE4" w:rsidP="00482D9F">
      <w:pPr>
        <w:shd w:val="clear" w:color="auto" w:fill="F2DBDB" w:themeFill="accent2" w:themeFillTint="33"/>
        <w:rPr>
          <w:i/>
          <w:iCs/>
          <w:lang w:val="nl-NL"/>
        </w:rPr>
      </w:pPr>
    </w:p>
    <w:p w14:paraId="4A3231FF" w14:textId="77777777" w:rsidR="00482D9F" w:rsidRDefault="00482D9F" w:rsidP="00482D9F">
      <w:pPr>
        <w:shd w:val="clear" w:color="auto" w:fill="F2DBDB" w:themeFill="accent2" w:themeFillTint="33"/>
        <w:rPr>
          <w:i/>
          <w:iCs/>
          <w:lang w:val="nl-NL"/>
        </w:rPr>
      </w:pPr>
    </w:p>
    <w:p w14:paraId="061B80AB" w14:textId="77777777" w:rsidR="00F256F1" w:rsidRPr="00482D9F" w:rsidRDefault="00F256F1" w:rsidP="00482D9F">
      <w:pPr>
        <w:shd w:val="clear" w:color="auto" w:fill="F2DBDB" w:themeFill="accent2" w:themeFillTint="33"/>
        <w:rPr>
          <w:i/>
          <w:iCs/>
          <w:lang w:val="nl-NL"/>
        </w:rPr>
      </w:pPr>
    </w:p>
    <w:p w14:paraId="3F250937" w14:textId="437F480C" w:rsidR="007D44BB" w:rsidRPr="007D44BB" w:rsidRDefault="007D44BB" w:rsidP="007D44BB">
      <w:pPr>
        <w:rPr>
          <w:b/>
          <w:bCs/>
          <w:lang w:val="nl-NL"/>
        </w:rPr>
      </w:pPr>
      <w:r w:rsidRPr="007D44BB">
        <w:rPr>
          <w:b/>
          <w:bCs/>
          <w:lang w:val="nl-NL"/>
        </w:rPr>
        <w:t>Participatiedoel </w:t>
      </w:r>
      <w:r w:rsidRPr="007D44BB">
        <w:rPr>
          <w:i/>
          <w:iCs/>
          <w:lang w:val="nl-NL"/>
        </w:rPr>
        <w:t>(Wa</w:t>
      </w:r>
      <w:r w:rsidR="00F256F1">
        <w:rPr>
          <w:i/>
          <w:iCs/>
          <w:lang w:val="nl-NL"/>
        </w:rPr>
        <w:t>t was het doel van de participatie bij het project)</w:t>
      </w:r>
      <w:r w:rsidRPr="007D44BB">
        <w:rPr>
          <w:b/>
          <w:bCs/>
          <w:lang w:val="nl-NL"/>
        </w:rPr>
        <w:t> </w:t>
      </w:r>
    </w:p>
    <w:p w14:paraId="3EE507BA" w14:textId="22F87F2F" w:rsidR="00426BE4" w:rsidRDefault="007D44BB" w:rsidP="00426BE4">
      <w:pPr>
        <w:shd w:val="clear" w:color="auto" w:fill="F2DBDB" w:themeFill="accent2" w:themeFillTint="33"/>
        <w:rPr>
          <w:b/>
          <w:bCs/>
          <w:lang w:val="nl-NL"/>
        </w:rPr>
      </w:pPr>
      <w:r w:rsidRPr="007D44BB">
        <w:rPr>
          <w:b/>
          <w:bCs/>
          <w:lang w:val="nl-NL"/>
        </w:rPr>
        <w:t> </w:t>
      </w:r>
    </w:p>
    <w:p w14:paraId="4298D952" w14:textId="77777777" w:rsidR="00F256F1" w:rsidRDefault="00F256F1" w:rsidP="00426BE4">
      <w:pPr>
        <w:shd w:val="clear" w:color="auto" w:fill="F2DBDB" w:themeFill="accent2" w:themeFillTint="33"/>
        <w:rPr>
          <w:b/>
          <w:bCs/>
          <w:lang w:val="nl-NL"/>
        </w:rPr>
      </w:pPr>
    </w:p>
    <w:p w14:paraId="3A3700D9" w14:textId="77777777" w:rsidR="00426BE4" w:rsidRDefault="00426BE4" w:rsidP="00426BE4">
      <w:pPr>
        <w:shd w:val="clear" w:color="auto" w:fill="F2DBDB" w:themeFill="accent2" w:themeFillTint="33"/>
        <w:rPr>
          <w:i/>
          <w:iCs/>
          <w:lang w:val="nl-NL"/>
        </w:rPr>
      </w:pPr>
    </w:p>
    <w:p w14:paraId="73664096" w14:textId="77777777" w:rsidR="00426BE4" w:rsidRPr="00482D9F" w:rsidRDefault="00426BE4" w:rsidP="00426BE4">
      <w:pPr>
        <w:shd w:val="clear" w:color="auto" w:fill="F2DBDB" w:themeFill="accent2" w:themeFillTint="33"/>
        <w:rPr>
          <w:i/>
          <w:iCs/>
          <w:lang w:val="nl-NL"/>
        </w:rPr>
      </w:pPr>
    </w:p>
    <w:p w14:paraId="75F292B2" w14:textId="6587C48B" w:rsidR="00362629" w:rsidRPr="00362629" w:rsidRDefault="007D44BB" w:rsidP="34E6F656">
      <w:pPr>
        <w:rPr>
          <w:lang w:val="nl-NL"/>
        </w:rPr>
      </w:pPr>
      <w:r>
        <w:rPr>
          <w:b/>
          <w:bCs/>
          <w:lang w:val="nl-NL"/>
        </w:rPr>
        <w:t xml:space="preserve">Doelgroepen/ belanghebbenden </w:t>
      </w:r>
      <w:r w:rsidRPr="007D44BB">
        <w:rPr>
          <w:i/>
          <w:iCs/>
          <w:lang w:val="nl-NL"/>
        </w:rPr>
        <w:t>(</w:t>
      </w:r>
      <w:r>
        <w:rPr>
          <w:i/>
          <w:iCs/>
          <w:lang w:val="nl-NL"/>
        </w:rPr>
        <w:t>W</w:t>
      </w:r>
      <w:r w:rsidRPr="007D44BB">
        <w:rPr>
          <w:i/>
          <w:iCs/>
          <w:lang w:val="nl-NL"/>
        </w:rPr>
        <w:t>elke belanghebbenden zijn betrokken bij het project).</w:t>
      </w:r>
      <w:r>
        <w:rPr>
          <w:b/>
          <w:bCs/>
          <w:lang w:val="nl-NL"/>
        </w:rPr>
        <w:t xml:space="preserve"> </w:t>
      </w:r>
    </w:p>
    <w:p w14:paraId="65284F6A" w14:textId="77777777" w:rsidR="00362629" w:rsidRDefault="00362629" w:rsidP="34E6F656">
      <w:pPr>
        <w:shd w:val="clear" w:color="auto" w:fill="F2DBDB" w:themeFill="accent2" w:themeFillTint="33"/>
        <w:rPr>
          <w:i/>
          <w:iCs/>
          <w:lang w:val="nl-NL"/>
        </w:rPr>
      </w:pPr>
    </w:p>
    <w:p w14:paraId="063504A0" w14:textId="77777777" w:rsidR="00426BE4" w:rsidRDefault="00426BE4" w:rsidP="34E6F656">
      <w:pPr>
        <w:shd w:val="clear" w:color="auto" w:fill="F2DBDB" w:themeFill="accent2" w:themeFillTint="33"/>
        <w:rPr>
          <w:i/>
          <w:iCs/>
          <w:lang w:val="nl-NL"/>
        </w:rPr>
      </w:pPr>
    </w:p>
    <w:p w14:paraId="59E50FF8" w14:textId="77777777" w:rsidR="00F256F1" w:rsidRPr="007D44BB" w:rsidRDefault="00F256F1" w:rsidP="34E6F656">
      <w:pPr>
        <w:shd w:val="clear" w:color="auto" w:fill="F2DBDB" w:themeFill="accent2" w:themeFillTint="33"/>
        <w:rPr>
          <w:i/>
          <w:iCs/>
          <w:lang w:val="nl-NL"/>
        </w:rPr>
      </w:pPr>
    </w:p>
    <w:p w14:paraId="049DB8F7" w14:textId="77777777" w:rsidR="00362629" w:rsidRPr="00362629" w:rsidRDefault="00362629" w:rsidP="34E6F656">
      <w:pPr>
        <w:shd w:val="clear" w:color="auto" w:fill="F2DBDB" w:themeFill="accent2" w:themeFillTint="33"/>
        <w:rPr>
          <w:i/>
          <w:iCs/>
          <w:lang w:val="nl-NL"/>
        </w:rPr>
      </w:pPr>
    </w:p>
    <w:p w14:paraId="4859AEBE" w14:textId="6CA1C218" w:rsidR="00FD763D" w:rsidRPr="00A73621" w:rsidRDefault="00426BE4" w:rsidP="34E6F656">
      <w:pPr>
        <w:rPr>
          <w:i/>
          <w:iCs/>
          <w:lang w:val="nl-NL"/>
        </w:rPr>
      </w:pPr>
      <w:r w:rsidRPr="00426BE4">
        <w:rPr>
          <w:b/>
          <w:bCs/>
          <w:lang w:val="nl-NL"/>
        </w:rPr>
        <w:t>De kernvragen voor participatie</w:t>
      </w:r>
      <w:r w:rsidRPr="00426BE4">
        <w:rPr>
          <w:b/>
          <w:bCs/>
          <w:i/>
          <w:iCs/>
          <w:lang w:val="nl-NL"/>
        </w:rPr>
        <w:t>  </w:t>
      </w:r>
      <w:r w:rsidRPr="001F75FC">
        <w:rPr>
          <w:i/>
          <w:iCs/>
          <w:lang w:val="nl-NL"/>
        </w:rPr>
        <w:t>(Waar</w:t>
      </w:r>
      <w:r w:rsidRPr="00426BE4">
        <w:rPr>
          <w:i/>
          <w:iCs/>
          <w:lang w:val="nl-NL"/>
        </w:rPr>
        <w:t xml:space="preserve"> </w:t>
      </w:r>
      <w:r>
        <w:rPr>
          <w:i/>
          <w:iCs/>
          <w:lang w:val="nl-NL"/>
        </w:rPr>
        <w:t xml:space="preserve">hebben </w:t>
      </w:r>
      <w:r w:rsidR="00F256F1">
        <w:rPr>
          <w:i/>
          <w:iCs/>
          <w:lang w:val="nl-NL"/>
        </w:rPr>
        <w:t>belanghebbenden</w:t>
      </w:r>
      <w:r w:rsidRPr="00426BE4">
        <w:rPr>
          <w:i/>
          <w:iCs/>
          <w:lang w:val="nl-NL"/>
        </w:rPr>
        <w:t xml:space="preserve"> over</w:t>
      </w:r>
      <w:r>
        <w:rPr>
          <w:i/>
          <w:iCs/>
          <w:lang w:val="nl-NL"/>
        </w:rPr>
        <w:t xml:space="preserve"> meegedacht</w:t>
      </w:r>
      <w:r w:rsidR="00F256F1">
        <w:rPr>
          <w:i/>
          <w:iCs/>
          <w:lang w:val="nl-NL"/>
        </w:rPr>
        <w:t>?</w:t>
      </w:r>
      <w:r w:rsidR="001F75FC">
        <w:rPr>
          <w:i/>
          <w:iCs/>
          <w:lang w:val="nl-NL"/>
        </w:rPr>
        <w:t>)</w:t>
      </w:r>
    </w:p>
    <w:p w14:paraId="33919959" w14:textId="77777777" w:rsidR="00FD763D" w:rsidRDefault="00FD763D" w:rsidP="00FD763D">
      <w:pPr>
        <w:shd w:val="clear" w:color="auto" w:fill="F2DBDB" w:themeFill="accent2" w:themeFillTint="33"/>
        <w:rPr>
          <w:i/>
          <w:iCs/>
          <w:lang w:val="nl-NL"/>
        </w:rPr>
      </w:pPr>
    </w:p>
    <w:p w14:paraId="73B4BB81" w14:textId="77777777" w:rsidR="00FD763D" w:rsidRDefault="00FD763D" w:rsidP="00FD763D">
      <w:pPr>
        <w:shd w:val="clear" w:color="auto" w:fill="F2DBDB" w:themeFill="accent2" w:themeFillTint="33"/>
        <w:rPr>
          <w:i/>
          <w:iCs/>
          <w:lang w:val="nl-NL"/>
        </w:rPr>
      </w:pPr>
    </w:p>
    <w:p w14:paraId="4DF55B40" w14:textId="77777777" w:rsidR="00F256F1" w:rsidRDefault="00F256F1" w:rsidP="00FD763D">
      <w:pPr>
        <w:shd w:val="clear" w:color="auto" w:fill="F2DBDB" w:themeFill="accent2" w:themeFillTint="33"/>
        <w:rPr>
          <w:i/>
          <w:iCs/>
          <w:lang w:val="nl-NL"/>
        </w:rPr>
      </w:pPr>
    </w:p>
    <w:p w14:paraId="778A2B56" w14:textId="77777777" w:rsidR="00FD763D" w:rsidRPr="00482D9F" w:rsidRDefault="00FD763D" w:rsidP="00FD763D">
      <w:pPr>
        <w:shd w:val="clear" w:color="auto" w:fill="F2DBDB" w:themeFill="accent2" w:themeFillTint="33"/>
        <w:rPr>
          <w:i/>
          <w:iCs/>
          <w:lang w:val="nl-NL"/>
        </w:rPr>
      </w:pPr>
    </w:p>
    <w:p w14:paraId="6D417085" w14:textId="6F8393D7" w:rsidR="001C3ADC" w:rsidRPr="007D44BB" w:rsidRDefault="00F256F1" w:rsidP="34E6F656">
      <w:pPr>
        <w:rPr>
          <w:i/>
          <w:iCs/>
          <w:lang w:val="nl-NL"/>
        </w:rPr>
      </w:pPr>
      <w:r>
        <w:rPr>
          <w:b/>
          <w:bCs/>
          <w:lang w:val="nl-NL"/>
        </w:rPr>
        <w:lastRenderedPageBreak/>
        <w:t>I</w:t>
      </w:r>
      <w:r w:rsidR="00426BE4">
        <w:rPr>
          <w:b/>
          <w:bCs/>
          <w:lang w:val="nl-NL"/>
        </w:rPr>
        <w:t xml:space="preserve">ngezette </w:t>
      </w:r>
      <w:r w:rsidR="5C3EDE3C" w:rsidRPr="34E6F656">
        <w:rPr>
          <w:b/>
          <w:bCs/>
          <w:lang w:val="nl-NL"/>
        </w:rPr>
        <w:t>participatievorm(en)</w:t>
      </w:r>
      <w:r w:rsidR="00426BE4">
        <w:rPr>
          <w:b/>
          <w:bCs/>
          <w:lang w:val="nl-NL"/>
        </w:rPr>
        <w:t xml:space="preserve"> en momenten</w:t>
      </w:r>
      <w:r w:rsidR="5C3EDE3C" w:rsidRPr="34E6F656">
        <w:rPr>
          <w:b/>
          <w:bCs/>
          <w:lang w:val="nl-NL"/>
        </w:rPr>
        <w:t xml:space="preserve"> </w:t>
      </w:r>
      <w:r w:rsidR="00426BE4">
        <w:rPr>
          <w:b/>
          <w:bCs/>
          <w:lang w:val="nl-NL"/>
        </w:rPr>
        <w:t xml:space="preserve"> </w:t>
      </w:r>
      <w:r w:rsidR="5C3EDE3C" w:rsidRPr="34E6F656">
        <w:rPr>
          <w:b/>
          <w:bCs/>
          <w:lang w:val="nl-NL"/>
        </w:rPr>
        <w:t xml:space="preserve"> </w:t>
      </w:r>
      <w:r w:rsidR="7F08AABE" w:rsidRPr="007D44BB">
        <w:rPr>
          <w:i/>
          <w:iCs/>
          <w:lang w:val="nl-NL"/>
        </w:rPr>
        <w:t>(</w:t>
      </w:r>
      <w:r w:rsidR="00426BE4" w:rsidRPr="007D44BB">
        <w:rPr>
          <w:i/>
          <w:iCs/>
          <w:lang w:val="nl-NL"/>
        </w:rPr>
        <w:t xml:space="preserve">Welke participatiemomenten waren er, wanneer, voor welke belanghebbenden en welke participatievorm is ingezet. </w:t>
      </w:r>
      <w:r w:rsidR="00426BE4">
        <w:rPr>
          <w:i/>
          <w:iCs/>
          <w:lang w:val="nl-NL"/>
        </w:rPr>
        <w:t>)</w:t>
      </w:r>
    </w:p>
    <w:p w14:paraId="5EFC924F" w14:textId="77777777" w:rsidR="001C3ADC" w:rsidRDefault="001C3ADC" w:rsidP="34E6F656">
      <w:pPr>
        <w:shd w:val="clear" w:color="auto" w:fill="F2DBDB" w:themeFill="accent2" w:themeFillTint="33"/>
        <w:rPr>
          <w:i/>
          <w:iCs/>
          <w:lang w:val="nl-NL"/>
        </w:rPr>
      </w:pPr>
    </w:p>
    <w:p w14:paraId="7FCE93E7" w14:textId="2469B2C8" w:rsidR="001C3ADC" w:rsidRDefault="001C3ADC" w:rsidP="34E6F656">
      <w:pPr>
        <w:shd w:val="clear" w:color="auto" w:fill="F2DBDB" w:themeFill="accent2" w:themeFillTint="33"/>
        <w:rPr>
          <w:i/>
          <w:iCs/>
          <w:lang w:val="nl-NL"/>
        </w:rPr>
      </w:pPr>
    </w:p>
    <w:p w14:paraId="432C6B81" w14:textId="77777777" w:rsidR="00426BE4" w:rsidRDefault="00426BE4" w:rsidP="34E6F656">
      <w:pPr>
        <w:shd w:val="clear" w:color="auto" w:fill="F2DBDB" w:themeFill="accent2" w:themeFillTint="33"/>
        <w:rPr>
          <w:i/>
          <w:iCs/>
          <w:lang w:val="nl-NL"/>
        </w:rPr>
      </w:pPr>
    </w:p>
    <w:p w14:paraId="1A97CF26" w14:textId="72622A8E" w:rsidR="00426BE4" w:rsidRDefault="00426BE4" w:rsidP="6BFB9231">
      <w:pPr>
        <w:rPr>
          <w:i/>
          <w:iCs/>
          <w:lang w:val="nl-NL"/>
        </w:rPr>
      </w:pPr>
      <w:r>
        <w:rPr>
          <w:b/>
          <w:bCs/>
          <w:lang w:val="nl-NL"/>
        </w:rPr>
        <w:t>Belangrijkste uitkomsten</w:t>
      </w:r>
      <w:r w:rsidR="00747065" w:rsidRPr="6BFB9231">
        <w:rPr>
          <w:b/>
          <w:bCs/>
          <w:lang w:val="nl-NL"/>
        </w:rPr>
        <w:t xml:space="preserve"> van het participatieproces</w:t>
      </w:r>
      <w:r>
        <w:rPr>
          <w:b/>
          <w:bCs/>
          <w:lang w:val="nl-NL"/>
        </w:rPr>
        <w:t xml:space="preserve">  </w:t>
      </w:r>
      <w:r w:rsidRPr="001F75FC">
        <w:rPr>
          <w:lang w:val="nl-NL"/>
        </w:rPr>
        <w:t>(</w:t>
      </w:r>
      <w:r w:rsidR="5A73B70F" w:rsidRPr="001F75FC">
        <w:rPr>
          <w:i/>
          <w:iCs/>
          <w:lang w:val="nl-NL"/>
        </w:rPr>
        <w:t>Welke</w:t>
      </w:r>
      <w:r w:rsidR="5A73B70F" w:rsidRPr="6BFB9231">
        <w:rPr>
          <w:i/>
          <w:iCs/>
          <w:lang w:val="nl-NL"/>
        </w:rPr>
        <w:t xml:space="preserve"> input is geleverd? </w:t>
      </w:r>
      <w:r>
        <w:rPr>
          <w:i/>
          <w:iCs/>
          <w:lang w:val="nl-NL"/>
        </w:rPr>
        <w:t>Is het overgenomen en meegenomen in het project? Licht toe per onderwerp/ thema. )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356"/>
        <w:gridCol w:w="3727"/>
        <w:gridCol w:w="2987"/>
      </w:tblGrid>
      <w:tr w:rsidR="00426BE4" w14:paraId="4938350A" w14:textId="77777777" w:rsidTr="00F256F1">
        <w:tc>
          <w:tcPr>
            <w:tcW w:w="3356" w:type="dxa"/>
            <w:shd w:val="clear" w:color="auto" w:fill="F2DBDB" w:themeFill="accent2" w:themeFillTint="33"/>
          </w:tcPr>
          <w:p w14:paraId="7F58D333" w14:textId="17E28B08" w:rsidR="00426BE4" w:rsidRPr="00426BE4" w:rsidRDefault="00426BE4" w:rsidP="6BFB9231">
            <w:pPr>
              <w:rPr>
                <w:b/>
                <w:bCs/>
                <w:lang w:val="nl-NL"/>
              </w:rPr>
            </w:pPr>
            <w:r w:rsidRPr="00426BE4">
              <w:rPr>
                <w:b/>
                <w:bCs/>
                <w:lang w:val="nl-NL"/>
              </w:rPr>
              <w:t>Input</w:t>
            </w:r>
          </w:p>
        </w:tc>
        <w:tc>
          <w:tcPr>
            <w:tcW w:w="3727" w:type="dxa"/>
            <w:shd w:val="clear" w:color="auto" w:fill="F2DBDB" w:themeFill="accent2" w:themeFillTint="33"/>
          </w:tcPr>
          <w:p w14:paraId="0DAB5194" w14:textId="3F44D02E" w:rsidR="00426BE4" w:rsidRPr="00426BE4" w:rsidRDefault="00426BE4" w:rsidP="6BFB9231">
            <w:pPr>
              <w:rPr>
                <w:b/>
                <w:bCs/>
                <w:lang w:val="nl-NL"/>
              </w:rPr>
            </w:pPr>
            <w:r w:rsidRPr="00426BE4">
              <w:rPr>
                <w:b/>
                <w:bCs/>
                <w:lang w:val="nl-NL"/>
              </w:rPr>
              <w:t>Meegenomen in project ja / nee</w:t>
            </w:r>
          </w:p>
        </w:tc>
        <w:tc>
          <w:tcPr>
            <w:tcW w:w="2987" w:type="dxa"/>
            <w:shd w:val="clear" w:color="auto" w:fill="F2DBDB" w:themeFill="accent2" w:themeFillTint="33"/>
          </w:tcPr>
          <w:p w14:paraId="00654C99" w14:textId="4106D904" w:rsidR="00426BE4" w:rsidRPr="00426BE4" w:rsidRDefault="00426BE4" w:rsidP="6BFB9231">
            <w:pPr>
              <w:rPr>
                <w:b/>
                <w:bCs/>
                <w:lang w:val="nl-NL"/>
              </w:rPr>
            </w:pPr>
            <w:r w:rsidRPr="00426BE4">
              <w:rPr>
                <w:b/>
                <w:bCs/>
                <w:lang w:val="nl-NL"/>
              </w:rPr>
              <w:t xml:space="preserve">Toelichting </w:t>
            </w:r>
          </w:p>
        </w:tc>
      </w:tr>
      <w:tr w:rsidR="00426BE4" w14:paraId="08C49779" w14:textId="77777777" w:rsidTr="00F256F1">
        <w:tc>
          <w:tcPr>
            <w:tcW w:w="3356" w:type="dxa"/>
            <w:shd w:val="clear" w:color="auto" w:fill="F2DBDB" w:themeFill="accent2" w:themeFillTint="33"/>
          </w:tcPr>
          <w:p w14:paraId="0C57A7F7" w14:textId="77777777" w:rsidR="00426BE4" w:rsidRDefault="00426BE4" w:rsidP="6BFB9231">
            <w:pPr>
              <w:rPr>
                <w:i/>
                <w:iCs/>
                <w:lang w:val="nl-NL"/>
              </w:rPr>
            </w:pPr>
          </w:p>
        </w:tc>
        <w:tc>
          <w:tcPr>
            <w:tcW w:w="3727" w:type="dxa"/>
            <w:shd w:val="clear" w:color="auto" w:fill="F2DBDB" w:themeFill="accent2" w:themeFillTint="33"/>
          </w:tcPr>
          <w:p w14:paraId="19D35CBD" w14:textId="77777777" w:rsidR="00426BE4" w:rsidRDefault="00426BE4" w:rsidP="6BFB9231">
            <w:pPr>
              <w:rPr>
                <w:i/>
                <w:iCs/>
                <w:lang w:val="nl-NL"/>
              </w:rPr>
            </w:pPr>
          </w:p>
        </w:tc>
        <w:tc>
          <w:tcPr>
            <w:tcW w:w="2987" w:type="dxa"/>
            <w:shd w:val="clear" w:color="auto" w:fill="F2DBDB" w:themeFill="accent2" w:themeFillTint="33"/>
          </w:tcPr>
          <w:p w14:paraId="5C99865D" w14:textId="77777777" w:rsidR="00426BE4" w:rsidRDefault="00426BE4" w:rsidP="6BFB9231">
            <w:pPr>
              <w:rPr>
                <w:i/>
                <w:iCs/>
                <w:lang w:val="nl-NL"/>
              </w:rPr>
            </w:pPr>
          </w:p>
        </w:tc>
      </w:tr>
      <w:tr w:rsidR="00426BE4" w14:paraId="19E6A3E4" w14:textId="77777777" w:rsidTr="00F256F1">
        <w:tc>
          <w:tcPr>
            <w:tcW w:w="3356" w:type="dxa"/>
            <w:shd w:val="clear" w:color="auto" w:fill="F2DBDB" w:themeFill="accent2" w:themeFillTint="33"/>
          </w:tcPr>
          <w:p w14:paraId="78F3AFD5" w14:textId="77777777" w:rsidR="00426BE4" w:rsidRDefault="00426BE4" w:rsidP="6BFB9231">
            <w:pPr>
              <w:rPr>
                <w:i/>
                <w:iCs/>
                <w:lang w:val="nl-NL"/>
              </w:rPr>
            </w:pPr>
          </w:p>
        </w:tc>
        <w:tc>
          <w:tcPr>
            <w:tcW w:w="3727" w:type="dxa"/>
            <w:shd w:val="clear" w:color="auto" w:fill="F2DBDB" w:themeFill="accent2" w:themeFillTint="33"/>
          </w:tcPr>
          <w:p w14:paraId="37AD6508" w14:textId="77777777" w:rsidR="00426BE4" w:rsidRPr="00426BE4" w:rsidRDefault="00426BE4" w:rsidP="00426BE4">
            <w:pPr>
              <w:rPr>
                <w:i/>
                <w:iCs/>
                <w:lang w:val="nl-NL"/>
              </w:rPr>
            </w:pPr>
          </w:p>
        </w:tc>
        <w:tc>
          <w:tcPr>
            <w:tcW w:w="2987" w:type="dxa"/>
            <w:shd w:val="clear" w:color="auto" w:fill="F2DBDB" w:themeFill="accent2" w:themeFillTint="33"/>
          </w:tcPr>
          <w:p w14:paraId="1209B80E" w14:textId="77777777" w:rsidR="00426BE4" w:rsidRDefault="00426BE4" w:rsidP="6BFB9231">
            <w:pPr>
              <w:rPr>
                <w:i/>
                <w:iCs/>
                <w:lang w:val="nl-NL"/>
              </w:rPr>
            </w:pPr>
          </w:p>
        </w:tc>
      </w:tr>
      <w:tr w:rsidR="00426BE4" w14:paraId="302F05F1" w14:textId="77777777" w:rsidTr="00F256F1">
        <w:tc>
          <w:tcPr>
            <w:tcW w:w="3356" w:type="dxa"/>
            <w:shd w:val="clear" w:color="auto" w:fill="F2DBDB" w:themeFill="accent2" w:themeFillTint="33"/>
          </w:tcPr>
          <w:p w14:paraId="402A1B26" w14:textId="77777777" w:rsidR="00426BE4" w:rsidRDefault="00426BE4" w:rsidP="6BFB9231">
            <w:pPr>
              <w:rPr>
                <w:i/>
                <w:iCs/>
                <w:lang w:val="nl-NL"/>
              </w:rPr>
            </w:pPr>
          </w:p>
        </w:tc>
        <w:tc>
          <w:tcPr>
            <w:tcW w:w="3727" w:type="dxa"/>
            <w:shd w:val="clear" w:color="auto" w:fill="F2DBDB" w:themeFill="accent2" w:themeFillTint="33"/>
          </w:tcPr>
          <w:p w14:paraId="2A6058EC" w14:textId="77777777" w:rsidR="00426BE4" w:rsidRDefault="00426BE4" w:rsidP="6BFB9231">
            <w:pPr>
              <w:rPr>
                <w:i/>
                <w:iCs/>
                <w:lang w:val="nl-NL"/>
              </w:rPr>
            </w:pPr>
          </w:p>
        </w:tc>
        <w:tc>
          <w:tcPr>
            <w:tcW w:w="2987" w:type="dxa"/>
            <w:shd w:val="clear" w:color="auto" w:fill="F2DBDB" w:themeFill="accent2" w:themeFillTint="33"/>
          </w:tcPr>
          <w:p w14:paraId="4D402096" w14:textId="77777777" w:rsidR="00426BE4" w:rsidRDefault="00426BE4" w:rsidP="6BFB9231">
            <w:pPr>
              <w:rPr>
                <w:i/>
                <w:iCs/>
                <w:lang w:val="nl-NL"/>
              </w:rPr>
            </w:pPr>
          </w:p>
        </w:tc>
      </w:tr>
      <w:tr w:rsidR="00426BE4" w14:paraId="1DBDAECF" w14:textId="77777777" w:rsidTr="00F256F1">
        <w:trPr>
          <w:trHeight w:val="88"/>
        </w:trPr>
        <w:tc>
          <w:tcPr>
            <w:tcW w:w="3356" w:type="dxa"/>
            <w:shd w:val="clear" w:color="auto" w:fill="F2DBDB" w:themeFill="accent2" w:themeFillTint="33"/>
          </w:tcPr>
          <w:p w14:paraId="1703B429" w14:textId="77777777" w:rsidR="00426BE4" w:rsidRDefault="00426BE4" w:rsidP="6BFB9231">
            <w:pPr>
              <w:rPr>
                <w:i/>
                <w:iCs/>
                <w:lang w:val="nl-NL"/>
              </w:rPr>
            </w:pPr>
          </w:p>
        </w:tc>
        <w:tc>
          <w:tcPr>
            <w:tcW w:w="3727" w:type="dxa"/>
            <w:shd w:val="clear" w:color="auto" w:fill="F2DBDB" w:themeFill="accent2" w:themeFillTint="33"/>
          </w:tcPr>
          <w:p w14:paraId="042358EC" w14:textId="77777777" w:rsidR="00426BE4" w:rsidRDefault="00426BE4" w:rsidP="6BFB9231">
            <w:pPr>
              <w:rPr>
                <w:i/>
                <w:iCs/>
                <w:lang w:val="nl-NL"/>
              </w:rPr>
            </w:pPr>
          </w:p>
        </w:tc>
        <w:tc>
          <w:tcPr>
            <w:tcW w:w="2987" w:type="dxa"/>
            <w:shd w:val="clear" w:color="auto" w:fill="F2DBDB" w:themeFill="accent2" w:themeFillTint="33"/>
          </w:tcPr>
          <w:p w14:paraId="5B1708E9" w14:textId="77777777" w:rsidR="00426BE4" w:rsidRDefault="00426BE4" w:rsidP="6BFB9231">
            <w:pPr>
              <w:rPr>
                <w:i/>
                <w:iCs/>
                <w:lang w:val="nl-NL"/>
              </w:rPr>
            </w:pPr>
          </w:p>
        </w:tc>
      </w:tr>
      <w:tr w:rsidR="00426BE4" w14:paraId="738E185E" w14:textId="77777777" w:rsidTr="00F256F1">
        <w:tc>
          <w:tcPr>
            <w:tcW w:w="3356" w:type="dxa"/>
            <w:shd w:val="clear" w:color="auto" w:fill="F2DBDB" w:themeFill="accent2" w:themeFillTint="33"/>
          </w:tcPr>
          <w:p w14:paraId="10E7FEB6" w14:textId="77777777" w:rsidR="00426BE4" w:rsidRDefault="00426BE4" w:rsidP="6BFB9231">
            <w:pPr>
              <w:rPr>
                <w:i/>
                <w:iCs/>
                <w:lang w:val="nl-NL"/>
              </w:rPr>
            </w:pPr>
          </w:p>
        </w:tc>
        <w:tc>
          <w:tcPr>
            <w:tcW w:w="3727" w:type="dxa"/>
            <w:shd w:val="clear" w:color="auto" w:fill="F2DBDB" w:themeFill="accent2" w:themeFillTint="33"/>
          </w:tcPr>
          <w:p w14:paraId="2F2358D8" w14:textId="77777777" w:rsidR="00426BE4" w:rsidRDefault="00426BE4" w:rsidP="6BFB9231">
            <w:pPr>
              <w:rPr>
                <w:i/>
                <w:iCs/>
                <w:lang w:val="nl-NL"/>
              </w:rPr>
            </w:pPr>
          </w:p>
        </w:tc>
        <w:tc>
          <w:tcPr>
            <w:tcW w:w="2987" w:type="dxa"/>
            <w:shd w:val="clear" w:color="auto" w:fill="F2DBDB" w:themeFill="accent2" w:themeFillTint="33"/>
          </w:tcPr>
          <w:p w14:paraId="7A14304E" w14:textId="77777777" w:rsidR="00426BE4" w:rsidRDefault="00426BE4" w:rsidP="6BFB9231">
            <w:pPr>
              <w:rPr>
                <w:i/>
                <w:iCs/>
                <w:lang w:val="nl-NL"/>
              </w:rPr>
            </w:pPr>
          </w:p>
        </w:tc>
      </w:tr>
      <w:tr w:rsidR="00F256F1" w14:paraId="0A4B28F0" w14:textId="77777777" w:rsidTr="00F256F1">
        <w:tc>
          <w:tcPr>
            <w:tcW w:w="3356" w:type="dxa"/>
            <w:shd w:val="clear" w:color="auto" w:fill="F2DBDB" w:themeFill="accent2" w:themeFillTint="33"/>
          </w:tcPr>
          <w:p w14:paraId="6DDCE2B7" w14:textId="77777777" w:rsidR="00F256F1" w:rsidRDefault="00F256F1" w:rsidP="6BFB9231">
            <w:pPr>
              <w:rPr>
                <w:i/>
                <w:iCs/>
                <w:lang w:val="nl-NL"/>
              </w:rPr>
            </w:pPr>
          </w:p>
        </w:tc>
        <w:tc>
          <w:tcPr>
            <w:tcW w:w="3727" w:type="dxa"/>
            <w:shd w:val="clear" w:color="auto" w:fill="F2DBDB" w:themeFill="accent2" w:themeFillTint="33"/>
          </w:tcPr>
          <w:p w14:paraId="4DF27E84" w14:textId="77777777" w:rsidR="00F256F1" w:rsidRDefault="00F256F1" w:rsidP="6BFB9231">
            <w:pPr>
              <w:rPr>
                <w:i/>
                <w:iCs/>
                <w:lang w:val="nl-NL"/>
              </w:rPr>
            </w:pPr>
          </w:p>
        </w:tc>
        <w:tc>
          <w:tcPr>
            <w:tcW w:w="2987" w:type="dxa"/>
            <w:shd w:val="clear" w:color="auto" w:fill="F2DBDB" w:themeFill="accent2" w:themeFillTint="33"/>
          </w:tcPr>
          <w:p w14:paraId="6AEC677D" w14:textId="77777777" w:rsidR="00F256F1" w:rsidRDefault="00F256F1" w:rsidP="6BFB9231">
            <w:pPr>
              <w:rPr>
                <w:i/>
                <w:iCs/>
                <w:lang w:val="nl-NL"/>
              </w:rPr>
            </w:pPr>
          </w:p>
        </w:tc>
      </w:tr>
    </w:tbl>
    <w:p w14:paraId="2107597F" w14:textId="77777777" w:rsidR="00F256F1" w:rsidRDefault="00F256F1" w:rsidP="34E6F656">
      <w:pPr>
        <w:spacing w:after="60"/>
        <w:rPr>
          <w:lang w:val="nl-NL"/>
        </w:rPr>
      </w:pPr>
    </w:p>
    <w:p w14:paraId="4B3991E4" w14:textId="7CE83696" w:rsidR="00747065" w:rsidRDefault="00426BE4" w:rsidP="34E6F656">
      <w:pPr>
        <w:spacing w:after="60"/>
        <w:rPr>
          <w:b/>
          <w:bCs/>
          <w:lang w:val="nl-NL"/>
        </w:rPr>
      </w:pPr>
      <w:r>
        <w:rPr>
          <w:b/>
          <w:bCs/>
          <w:lang w:val="nl-NL"/>
        </w:rPr>
        <w:t xml:space="preserve">Terugkoppeling aan </w:t>
      </w:r>
      <w:r w:rsidR="00747065" w:rsidRPr="34E6F656">
        <w:rPr>
          <w:b/>
          <w:bCs/>
          <w:lang w:val="nl-NL"/>
        </w:rPr>
        <w:t>belanghebbenden</w:t>
      </w:r>
      <w:r>
        <w:rPr>
          <w:b/>
          <w:bCs/>
          <w:lang w:val="nl-NL"/>
        </w:rPr>
        <w:t xml:space="preserve"> </w:t>
      </w:r>
      <w:r w:rsidRPr="00F256F1">
        <w:rPr>
          <w:i/>
          <w:iCs/>
          <w:lang w:val="nl-NL"/>
        </w:rPr>
        <w:t xml:space="preserve">( </w:t>
      </w:r>
      <w:r w:rsidR="001F75FC">
        <w:rPr>
          <w:i/>
          <w:iCs/>
          <w:lang w:val="nl-NL"/>
        </w:rPr>
        <w:t xml:space="preserve">Hoe worden of zijn </w:t>
      </w:r>
      <w:r w:rsidRPr="00F256F1">
        <w:rPr>
          <w:i/>
          <w:iCs/>
          <w:lang w:val="nl-NL"/>
        </w:rPr>
        <w:t xml:space="preserve">belanghebbenden geïnformeerd over de </w:t>
      </w:r>
      <w:r w:rsidR="00F256F1" w:rsidRPr="00F256F1">
        <w:rPr>
          <w:i/>
          <w:iCs/>
          <w:lang w:val="nl-NL"/>
        </w:rPr>
        <w:t>geleverde input en wat er met hun input is gedaan).</w:t>
      </w:r>
      <w:r w:rsidR="00747065" w:rsidRPr="00F256F1">
        <w:rPr>
          <w:i/>
          <w:iCs/>
          <w:lang w:val="nl-NL"/>
        </w:rPr>
        <w:t xml:space="preserve"> </w:t>
      </w:r>
    </w:p>
    <w:p w14:paraId="058100ED" w14:textId="67A2B288" w:rsidR="34E6F656" w:rsidRDefault="34E6F656" w:rsidP="34E6F656">
      <w:pPr>
        <w:spacing w:after="60"/>
        <w:rPr>
          <w:b/>
          <w:bCs/>
          <w:lang w:val="nl-NL"/>
        </w:rPr>
      </w:pPr>
    </w:p>
    <w:p w14:paraId="283EB100" w14:textId="77777777" w:rsidR="00747065" w:rsidRDefault="00747065" w:rsidP="00747065">
      <w:pPr>
        <w:shd w:val="clear" w:color="auto" w:fill="F2DBDB" w:themeFill="accent2" w:themeFillTint="33"/>
        <w:rPr>
          <w:lang w:val="nl-NL"/>
        </w:rPr>
      </w:pPr>
    </w:p>
    <w:p w14:paraId="0819262B" w14:textId="77777777" w:rsidR="00747065" w:rsidRDefault="00747065" w:rsidP="00747065">
      <w:pPr>
        <w:shd w:val="clear" w:color="auto" w:fill="F2DBDB" w:themeFill="accent2" w:themeFillTint="33"/>
        <w:rPr>
          <w:lang w:val="nl-NL"/>
        </w:rPr>
      </w:pPr>
    </w:p>
    <w:p w14:paraId="47D9F8F1" w14:textId="77777777" w:rsidR="00747065" w:rsidRDefault="00747065" w:rsidP="00747065">
      <w:pPr>
        <w:shd w:val="clear" w:color="auto" w:fill="F2DBDB" w:themeFill="accent2" w:themeFillTint="33"/>
        <w:rPr>
          <w:lang w:val="nl-NL"/>
        </w:rPr>
      </w:pPr>
    </w:p>
    <w:p w14:paraId="106C0C91" w14:textId="78999080" w:rsidR="34E6F656" w:rsidRDefault="34E6F656" w:rsidP="34E6F656">
      <w:pPr>
        <w:spacing w:after="60"/>
        <w:rPr>
          <w:b/>
          <w:bCs/>
          <w:lang w:val="nl-NL"/>
        </w:rPr>
      </w:pPr>
    </w:p>
    <w:p w14:paraId="53933310" w14:textId="31F79B42" w:rsidR="005D4E47" w:rsidRPr="005D4E47" w:rsidRDefault="00F256F1" w:rsidP="00914919">
      <w:pPr>
        <w:spacing w:after="60"/>
        <w:rPr>
          <w:lang w:val="nl-NL"/>
        </w:rPr>
      </w:pPr>
      <w:r>
        <w:rPr>
          <w:b/>
          <w:bCs/>
          <w:lang w:val="nl-NL"/>
        </w:rPr>
        <w:t xml:space="preserve">Vervolg </w:t>
      </w:r>
      <w:r w:rsidR="005D4E47">
        <w:rPr>
          <w:b/>
          <w:bCs/>
          <w:lang w:val="nl-NL"/>
        </w:rPr>
        <w:t xml:space="preserve"> </w:t>
      </w:r>
      <w:r w:rsidR="005D4E47" w:rsidRPr="00F256F1">
        <w:rPr>
          <w:i/>
          <w:iCs/>
          <w:lang w:val="nl-NL"/>
        </w:rPr>
        <w:t>(</w:t>
      </w:r>
      <w:r w:rsidR="00773FBD" w:rsidRPr="00F256F1">
        <w:rPr>
          <w:i/>
          <w:iCs/>
          <w:lang w:val="nl-NL"/>
        </w:rPr>
        <w:t>S</w:t>
      </w:r>
      <w:r w:rsidR="005D4E47" w:rsidRPr="00F256F1">
        <w:rPr>
          <w:i/>
          <w:iCs/>
          <w:lang w:val="nl-NL"/>
        </w:rPr>
        <w:t>chets hierbij het vervolgtraject</w:t>
      </w:r>
      <w:r w:rsidR="00A73621" w:rsidRPr="00F256F1">
        <w:rPr>
          <w:i/>
          <w:iCs/>
          <w:lang w:val="nl-NL"/>
        </w:rPr>
        <w:t xml:space="preserve"> van het project</w:t>
      </w:r>
      <w:r w:rsidR="005D4E47" w:rsidRPr="00F256F1">
        <w:rPr>
          <w:i/>
          <w:iCs/>
          <w:lang w:val="nl-NL"/>
        </w:rPr>
        <w:t xml:space="preserve"> zoals</w:t>
      </w:r>
      <w:r w:rsidRPr="00F256F1">
        <w:rPr>
          <w:i/>
          <w:iCs/>
          <w:lang w:val="nl-NL"/>
        </w:rPr>
        <w:t xml:space="preserve"> bijvoorbeeld</w:t>
      </w:r>
      <w:r w:rsidR="005D4E47" w:rsidRPr="00F256F1">
        <w:rPr>
          <w:i/>
          <w:iCs/>
          <w:lang w:val="nl-NL"/>
        </w:rPr>
        <w:t xml:space="preserve"> invoering nieuw beleid, </w:t>
      </w:r>
      <w:r w:rsidR="00A73621" w:rsidRPr="00F256F1">
        <w:rPr>
          <w:i/>
          <w:iCs/>
          <w:lang w:val="nl-NL"/>
        </w:rPr>
        <w:t xml:space="preserve">tijdspad </w:t>
      </w:r>
      <w:r w:rsidR="005D4E47" w:rsidRPr="00F256F1">
        <w:rPr>
          <w:i/>
          <w:iCs/>
          <w:lang w:val="nl-NL"/>
        </w:rPr>
        <w:t>uitvoering e.d.)</w:t>
      </w:r>
      <w:r w:rsidR="00457F9B">
        <w:rPr>
          <w:lang w:val="nl-NL"/>
        </w:rPr>
        <w:br/>
      </w:r>
    </w:p>
    <w:p w14:paraId="475E050D" w14:textId="77777777" w:rsidR="005D4E47" w:rsidRDefault="005D4E47" w:rsidP="005D4E47">
      <w:pPr>
        <w:shd w:val="clear" w:color="auto" w:fill="F2DBDB" w:themeFill="accent2" w:themeFillTint="33"/>
        <w:jc w:val="right"/>
        <w:rPr>
          <w:lang w:val="nl-NL"/>
        </w:rPr>
      </w:pPr>
    </w:p>
    <w:p w14:paraId="3278DFE3" w14:textId="6FEDC504" w:rsidR="00263F5A" w:rsidRDefault="005D4E47" w:rsidP="00263F5A">
      <w:pPr>
        <w:shd w:val="clear" w:color="auto" w:fill="F2DBDB" w:themeFill="accent2" w:themeFillTint="33"/>
        <w:rPr>
          <w:lang w:val="nl-NL"/>
        </w:rPr>
      </w:pPr>
      <w:r>
        <w:rPr>
          <w:lang w:val="nl-NL"/>
        </w:rPr>
        <w:tab/>
      </w:r>
    </w:p>
    <w:p w14:paraId="3EFC4CEA" w14:textId="77777777" w:rsidR="0067439E" w:rsidRDefault="0067439E" w:rsidP="00263F5A">
      <w:pPr>
        <w:shd w:val="clear" w:color="auto" w:fill="F2DBDB" w:themeFill="accent2" w:themeFillTint="33"/>
        <w:rPr>
          <w:lang w:val="nl-NL"/>
        </w:rPr>
      </w:pPr>
    </w:p>
    <w:p w14:paraId="0445C75A" w14:textId="77777777" w:rsidR="0067439E" w:rsidRDefault="0067439E" w:rsidP="34E6F656">
      <w:pPr>
        <w:spacing w:after="60"/>
        <w:rPr>
          <w:b/>
          <w:bCs/>
          <w:u w:val="single"/>
          <w:lang w:val="nl-NL"/>
        </w:rPr>
      </w:pPr>
    </w:p>
    <w:p w14:paraId="7768F272" w14:textId="57DF157B" w:rsidR="58378D8C" w:rsidRDefault="00F256F1" w:rsidP="34E6F656">
      <w:pPr>
        <w:spacing w:after="60"/>
        <w:rPr>
          <w:b/>
          <w:bCs/>
          <w:lang w:val="nl-NL"/>
        </w:rPr>
      </w:pPr>
      <w:r>
        <w:rPr>
          <w:b/>
          <w:bCs/>
          <w:lang w:val="nl-NL"/>
        </w:rPr>
        <w:t xml:space="preserve">Beknopte evaluatie van het participatieproces </w:t>
      </w:r>
      <w:r w:rsidRPr="00F256F1">
        <w:rPr>
          <w:i/>
          <w:iCs/>
          <w:lang w:val="nl-NL"/>
        </w:rPr>
        <w:t xml:space="preserve">( </w:t>
      </w:r>
      <w:r w:rsidR="58378D8C" w:rsidRPr="00F256F1">
        <w:rPr>
          <w:i/>
          <w:iCs/>
          <w:lang w:val="nl-NL"/>
        </w:rPr>
        <w:t xml:space="preserve">Zijn er punten uit het participatieproces die meegenomen </w:t>
      </w:r>
      <w:r>
        <w:rPr>
          <w:i/>
          <w:iCs/>
          <w:lang w:val="nl-NL"/>
        </w:rPr>
        <w:t xml:space="preserve">worden </w:t>
      </w:r>
      <w:r w:rsidR="58378D8C" w:rsidRPr="00F256F1">
        <w:rPr>
          <w:i/>
          <w:iCs/>
          <w:lang w:val="nl-NL"/>
        </w:rPr>
        <w:t xml:space="preserve">voor toekomstige participatieprocessen? </w:t>
      </w:r>
      <w:r w:rsidRPr="00F256F1">
        <w:rPr>
          <w:i/>
          <w:iCs/>
          <w:lang w:val="nl-NL"/>
        </w:rPr>
        <w:t xml:space="preserve"> Wat zijn de belangrijkste geleerde lessen?)</w:t>
      </w:r>
    </w:p>
    <w:p w14:paraId="09653ED3" w14:textId="77777777" w:rsidR="001F75FC" w:rsidRDefault="001F75FC" w:rsidP="0067439E">
      <w:pPr>
        <w:shd w:val="clear" w:color="auto" w:fill="F2DBDB" w:themeFill="accent2" w:themeFillTint="33"/>
        <w:jc w:val="right"/>
        <w:rPr>
          <w:lang w:val="nl-NL"/>
        </w:rPr>
      </w:pPr>
    </w:p>
    <w:p w14:paraId="7757BA05" w14:textId="77777777" w:rsidR="00F256F1" w:rsidRDefault="00F256F1" w:rsidP="0067439E">
      <w:pPr>
        <w:shd w:val="clear" w:color="auto" w:fill="F2DBDB" w:themeFill="accent2" w:themeFillTint="33"/>
        <w:jc w:val="right"/>
        <w:rPr>
          <w:lang w:val="nl-NL"/>
        </w:rPr>
      </w:pPr>
    </w:p>
    <w:p w14:paraId="1C30F11E" w14:textId="77777777" w:rsidR="0067439E" w:rsidRDefault="0067439E" w:rsidP="00457F9B">
      <w:pPr>
        <w:spacing w:after="60"/>
        <w:rPr>
          <w:lang w:val="nl-NL"/>
        </w:rPr>
      </w:pPr>
    </w:p>
    <w:sectPr w:rsidR="0067439E" w:rsidSect="00FB2C59">
      <w:headerReference w:type="default" r:id="rId12"/>
      <w:footerReference w:type="default" r:id="rId13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D08B88" w14:textId="77777777" w:rsidR="00F742BA" w:rsidRDefault="00F742BA" w:rsidP="002F708B">
      <w:pPr>
        <w:spacing w:after="0" w:line="240" w:lineRule="auto"/>
      </w:pPr>
      <w:r>
        <w:separator/>
      </w:r>
    </w:p>
  </w:endnote>
  <w:endnote w:type="continuationSeparator" w:id="0">
    <w:p w14:paraId="4F7C988D" w14:textId="77777777" w:rsidR="00F742BA" w:rsidRDefault="00F742BA" w:rsidP="002F70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1E944A" w14:textId="77777777" w:rsidR="003161C2" w:rsidRDefault="003161C2">
    <w:pPr>
      <w:pStyle w:val="Voettekst"/>
      <w:rPr>
        <w:sz w:val="20"/>
        <w:szCs w:val="20"/>
      </w:rPr>
    </w:pPr>
  </w:p>
  <w:p w14:paraId="65F607DC" w14:textId="5C72E944" w:rsidR="003161C2" w:rsidRPr="00CE2AE4" w:rsidRDefault="6BFB9231">
    <w:pPr>
      <w:pStyle w:val="Voettekst"/>
      <w:rPr>
        <w:sz w:val="20"/>
        <w:szCs w:val="20"/>
        <w:lang w:val="nl-NL"/>
      </w:rPr>
    </w:pPr>
    <w:r w:rsidRPr="6BFB9231">
      <w:rPr>
        <w:sz w:val="20"/>
        <w:szCs w:val="20"/>
        <w:lang w:val="nl-NL"/>
      </w:rPr>
      <w:t xml:space="preserve">Format participatie eindverslag - team Participatieadvies Gemeente Groningen - versie </w:t>
    </w:r>
    <w:r w:rsidR="00F256F1">
      <w:rPr>
        <w:sz w:val="20"/>
        <w:szCs w:val="20"/>
        <w:lang w:val="nl-NL"/>
      </w:rPr>
      <w:t>2</w:t>
    </w:r>
    <w:r w:rsidRPr="6BFB9231">
      <w:rPr>
        <w:sz w:val="20"/>
        <w:szCs w:val="20"/>
        <w:lang w:val="nl-NL"/>
      </w:rPr>
      <w:t>.0  -  datum:2</w:t>
    </w:r>
    <w:r w:rsidR="00F256F1">
      <w:rPr>
        <w:sz w:val="20"/>
        <w:szCs w:val="20"/>
        <w:lang w:val="nl-NL"/>
      </w:rPr>
      <w:t>8-08</w:t>
    </w:r>
    <w:r w:rsidRPr="6BFB9231">
      <w:rPr>
        <w:sz w:val="20"/>
        <w:szCs w:val="20"/>
        <w:lang w:val="nl-NL"/>
      </w:rPr>
      <w:t>-2026</w:t>
    </w:r>
  </w:p>
  <w:p w14:paraId="3348DE56" w14:textId="77777777" w:rsidR="003161C2" w:rsidRPr="00CE2AE4" w:rsidRDefault="003161C2">
    <w:pPr>
      <w:pStyle w:val="Voettekst"/>
      <w:rPr>
        <w:sz w:val="20"/>
        <w:szCs w:val="20"/>
        <w:lang w:val="nl-N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4DBADF" w14:textId="77777777" w:rsidR="00F742BA" w:rsidRDefault="00F742BA" w:rsidP="002F708B">
      <w:pPr>
        <w:spacing w:after="0" w:line="240" w:lineRule="auto"/>
      </w:pPr>
      <w:r>
        <w:separator/>
      </w:r>
    </w:p>
  </w:footnote>
  <w:footnote w:type="continuationSeparator" w:id="0">
    <w:p w14:paraId="12DE2F60" w14:textId="77777777" w:rsidR="00F742BA" w:rsidRDefault="00F742BA" w:rsidP="002F70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32214475"/>
      <w:docPartObj>
        <w:docPartGallery w:val="Watermarks"/>
        <w:docPartUnique/>
      </w:docPartObj>
    </w:sdtPr>
    <w:sdtEndPr/>
    <w:sdtContent>
      <w:p w14:paraId="6D33526D" w14:textId="7DE3E68A" w:rsidR="00623650" w:rsidRDefault="00F742BA">
        <w:pPr>
          <w:pStyle w:val="Koptekst"/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D20518B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FFFFFFFF">
      <w:start w:val="1"/>
      <w:numFmt w:val="lowerLetter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 w15:restartNumberingAfterBreak="0">
    <w:nsid w:val="FFFFFF7E"/>
    <w:multiLevelType w:val="singleLevel"/>
    <w:tmpl w:val="FB12693A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 w15:restartNumberingAfterBreak="0">
    <w:nsid w:val="FFFFFF7F"/>
    <w:multiLevelType w:val="singleLevel"/>
    <w:tmpl w:val="38441652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3EAFDEC"/>
    <w:lvl w:ilvl="0">
      <w:start w:val="1"/>
      <w:numFmt w:val="bullet"/>
      <w:pStyle w:val="Lijstopsomtek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D1EFFD4"/>
    <w:lvl w:ilvl="0">
      <w:start w:val="1"/>
      <w:numFmt w:val="bullet"/>
      <w:pStyle w:val="Lijstopsomtek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0A62B40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9761A6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2015734"/>
    <w:multiLevelType w:val="hybridMultilevel"/>
    <w:tmpl w:val="3F2E3B92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59C3DE1"/>
    <w:multiLevelType w:val="hybridMultilevel"/>
    <w:tmpl w:val="62B65F7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28321D"/>
    <w:multiLevelType w:val="hybridMultilevel"/>
    <w:tmpl w:val="7B18DA6A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C8613B"/>
    <w:multiLevelType w:val="hybridMultilevel"/>
    <w:tmpl w:val="A38E11F4"/>
    <w:lvl w:ilvl="0" w:tplc="10A85BD0">
      <w:start w:val="1"/>
      <w:numFmt w:val="decimal"/>
      <w:lvlText w:val="%1."/>
      <w:lvlJc w:val="left"/>
      <w:pPr>
        <w:ind w:left="1020" w:hanging="360"/>
      </w:pPr>
    </w:lvl>
    <w:lvl w:ilvl="1" w:tplc="B6C89B9C">
      <w:start w:val="1"/>
      <w:numFmt w:val="decimal"/>
      <w:lvlText w:val="%2."/>
      <w:lvlJc w:val="left"/>
      <w:pPr>
        <w:ind w:left="1020" w:hanging="360"/>
      </w:pPr>
    </w:lvl>
    <w:lvl w:ilvl="2" w:tplc="2B48CBA2">
      <w:start w:val="1"/>
      <w:numFmt w:val="decimal"/>
      <w:lvlText w:val="%3."/>
      <w:lvlJc w:val="left"/>
      <w:pPr>
        <w:ind w:left="1020" w:hanging="360"/>
      </w:pPr>
    </w:lvl>
    <w:lvl w:ilvl="3" w:tplc="8D36CA56">
      <w:start w:val="1"/>
      <w:numFmt w:val="decimal"/>
      <w:lvlText w:val="%4."/>
      <w:lvlJc w:val="left"/>
      <w:pPr>
        <w:ind w:left="1020" w:hanging="360"/>
      </w:pPr>
    </w:lvl>
    <w:lvl w:ilvl="4" w:tplc="E5EE6F96">
      <w:start w:val="1"/>
      <w:numFmt w:val="decimal"/>
      <w:lvlText w:val="%5."/>
      <w:lvlJc w:val="left"/>
      <w:pPr>
        <w:ind w:left="1020" w:hanging="360"/>
      </w:pPr>
    </w:lvl>
    <w:lvl w:ilvl="5" w:tplc="463AA2B0">
      <w:start w:val="1"/>
      <w:numFmt w:val="decimal"/>
      <w:lvlText w:val="%6."/>
      <w:lvlJc w:val="left"/>
      <w:pPr>
        <w:ind w:left="1020" w:hanging="360"/>
      </w:pPr>
    </w:lvl>
    <w:lvl w:ilvl="6" w:tplc="EB2824D4">
      <w:start w:val="1"/>
      <w:numFmt w:val="decimal"/>
      <w:lvlText w:val="%7."/>
      <w:lvlJc w:val="left"/>
      <w:pPr>
        <w:ind w:left="1020" w:hanging="360"/>
      </w:pPr>
    </w:lvl>
    <w:lvl w:ilvl="7" w:tplc="531E08F0">
      <w:start w:val="1"/>
      <w:numFmt w:val="decimal"/>
      <w:lvlText w:val="%8."/>
      <w:lvlJc w:val="left"/>
      <w:pPr>
        <w:ind w:left="1020" w:hanging="360"/>
      </w:pPr>
    </w:lvl>
    <w:lvl w:ilvl="8" w:tplc="3E9E86E2">
      <w:start w:val="1"/>
      <w:numFmt w:val="decimal"/>
      <w:lvlText w:val="%9."/>
      <w:lvlJc w:val="left"/>
      <w:pPr>
        <w:ind w:left="1020" w:hanging="360"/>
      </w:pPr>
    </w:lvl>
  </w:abstractNum>
  <w:abstractNum w:abstractNumId="14" w15:restartNumberingAfterBreak="0">
    <w:nsid w:val="31DB569B"/>
    <w:multiLevelType w:val="hybridMultilevel"/>
    <w:tmpl w:val="98208652"/>
    <w:lvl w:ilvl="0" w:tplc="780E36B2">
      <w:start w:val="1"/>
      <w:numFmt w:val="decimal"/>
      <w:lvlText w:val="%1."/>
      <w:lvlJc w:val="left"/>
      <w:pPr>
        <w:ind w:left="720" w:hanging="360"/>
      </w:pPr>
    </w:lvl>
    <w:lvl w:ilvl="1" w:tplc="99C0E4F6">
      <w:start w:val="1"/>
      <w:numFmt w:val="decimal"/>
      <w:lvlText w:val="%2."/>
      <w:lvlJc w:val="left"/>
      <w:pPr>
        <w:ind w:left="720" w:hanging="360"/>
      </w:pPr>
    </w:lvl>
    <w:lvl w:ilvl="2" w:tplc="3CD40A66">
      <w:start w:val="1"/>
      <w:numFmt w:val="decimal"/>
      <w:lvlText w:val="%3."/>
      <w:lvlJc w:val="left"/>
      <w:pPr>
        <w:ind w:left="720" w:hanging="360"/>
      </w:pPr>
    </w:lvl>
    <w:lvl w:ilvl="3" w:tplc="5AA618CA">
      <w:start w:val="1"/>
      <w:numFmt w:val="decimal"/>
      <w:lvlText w:val="%4."/>
      <w:lvlJc w:val="left"/>
      <w:pPr>
        <w:ind w:left="720" w:hanging="360"/>
      </w:pPr>
    </w:lvl>
    <w:lvl w:ilvl="4" w:tplc="732854FA">
      <w:start w:val="1"/>
      <w:numFmt w:val="decimal"/>
      <w:lvlText w:val="%5."/>
      <w:lvlJc w:val="left"/>
      <w:pPr>
        <w:ind w:left="720" w:hanging="360"/>
      </w:pPr>
    </w:lvl>
    <w:lvl w:ilvl="5" w:tplc="868C14FC">
      <w:start w:val="1"/>
      <w:numFmt w:val="decimal"/>
      <w:lvlText w:val="%6."/>
      <w:lvlJc w:val="left"/>
      <w:pPr>
        <w:ind w:left="720" w:hanging="360"/>
      </w:pPr>
    </w:lvl>
    <w:lvl w:ilvl="6" w:tplc="6CBE1500">
      <w:start w:val="1"/>
      <w:numFmt w:val="decimal"/>
      <w:lvlText w:val="%7."/>
      <w:lvlJc w:val="left"/>
      <w:pPr>
        <w:ind w:left="720" w:hanging="360"/>
      </w:pPr>
    </w:lvl>
    <w:lvl w:ilvl="7" w:tplc="E9F89362">
      <w:start w:val="1"/>
      <w:numFmt w:val="decimal"/>
      <w:lvlText w:val="%8."/>
      <w:lvlJc w:val="left"/>
      <w:pPr>
        <w:ind w:left="720" w:hanging="360"/>
      </w:pPr>
    </w:lvl>
    <w:lvl w:ilvl="8" w:tplc="870C5542">
      <w:start w:val="1"/>
      <w:numFmt w:val="decimal"/>
      <w:lvlText w:val="%9."/>
      <w:lvlJc w:val="left"/>
      <w:pPr>
        <w:ind w:left="720" w:hanging="360"/>
      </w:pPr>
    </w:lvl>
  </w:abstractNum>
  <w:abstractNum w:abstractNumId="15" w15:restartNumberingAfterBreak="0">
    <w:nsid w:val="357F77CE"/>
    <w:multiLevelType w:val="hybridMultilevel"/>
    <w:tmpl w:val="CAA840A2"/>
    <w:lvl w:ilvl="0" w:tplc="0AFA5494">
      <w:start w:val="1"/>
      <w:numFmt w:val="decimal"/>
      <w:lvlText w:val="%1."/>
      <w:lvlJc w:val="left"/>
      <w:pPr>
        <w:ind w:left="1020" w:hanging="360"/>
      </w:pPr>
    </w:lvl>
    <w:lvl w:ilvl="1" w:tplc="025CFE46">
      <w:start w:val="1"/>
      <w:numFmt w:val="decimal"/>
      <w:lvlText w:val="%2."/>
      <w:lvlJc w:val="left"/>
      <w:pPr>
        <w:ind w:left="1020" w:hanging="360"/>
      </w:pPr>
    </w:lvl>
    <w:lvl w:ilvl="2" w:tplc="606A3530">
      <w:start w:val="1"/>
      <w:numFmt w:val="decimal"/>
      <w:lvlText w:val="%3."/>
      <w:lvlJc w:val="left"/>
      <w:pPr>
        <w:ind w:left="1020" w:hanging="360"/>
      </w:pPr>
    </w:lvl>
    <w:lvl w:ilvl="3" w:tplc="D1CC0712">
      <w:start w:val="1"/>
      <w:numFmt w:val="decimal"/>
      <w:lvlText w:val="%4."/>
      <w:lvlJc w:val="left"/>
      <w:pPr>
        <w:ind w:left="1020" w:hanging="360"/>
      </w:pPr>
    </w:lvl>
    <w:lvl w:ilvl="4" w:tplc="804EA790">
      <w:start w:val="1"/>
      <w:numFmt w:val="decimal"/>
      <w:lvlText w:val="%5."/>
      <w:lvlJc w:val="left"/>
      <w:pPr>
        <w:ind w:left="1020" w:hanging="360"/>
      </w:pPr>
    </w:lvl>
    <w:lvl w:ilvl="5" w:tplc="E37234DE">
      <w:start w:val="1"/>
      <w:numFmt w:val="decimal"/>
      <w:lvlText w:val="%6."/>
      <w:lvlJc w:val="left"/>
      <w:pPr>
        <w:ind w:left="1020" w:hanging="360"/>
      </w:pPr>
    </w:lvl>
    <w:lvl w:ilvl="6" w:tplc="AB42AC0A">
      <w:start w:val="1"/>
      <w:numFmt w:val="decimal"/>
      <w:lvlText w:val="%7."/>
      <w:lvlJc w:val="left"/>
      <w:pPr>
        <w:ind w:left="1020" w:hanging="360"/>
      </w:pPr>
    </w:lvl>
    <w:lvl w:ilvl="7" w:tplc="734A7344">
      <w:start w:val="1"/>
      <w:numFmt w:val="decimal"/>
      <w:lvlText w:val="%8."/>
      <w:lvlJc w:val="left"/>
      <w:pPr>
        <w:ind w:left="1020" w:hanging="360"/>
      </w:pPr>
    </w:lvl>
    <w:lvl w:ilvl="8" w:tplc="724AED52">
      <w:start w:val="1"/>
      <w:numFmt w:val="decimal"/>
      <w:lvlText w:val="%9."/>
      <w:lvlJc w:val="left"/>
      <w:pPr>
        <w:ind w:left="1020" w:hanging="360"/>
      </w:pPr>
    </w:lvl>
  </w:abstractNum>
  <w:abstractNum w:abstractNumId="16" w15:restartNumberingAfterBreak="0">
    <w:nsid w:val="3F09012A"/>
    <w:multiLevelType w:val="hybridMultilevel"/>
    <w:tmpl w:val="9C4C9372"/>
    <w:lvl w:ilvl="0" w:tplc="E0B4FFE4">
      <w:start w:val="1"/>
      <w:numFmt w:val="decimal"/>
      <w:lvlText w:val="%1."/>
      <w:lvlJc w:val="left"/>
      <w:pPr>
        <w:ind w:left="1020" w:hanging="360"/>
      </w:pPr>
    </w:lvl>
    <w:lvl w:ilvl="1" w:tplc="50A655D0">
      <w:start w:val="1"/>
      <w:numFmt w:val="decimal"/>
      <w:lvlText w:val="%2."/>
      <w:lvlJc w:val="left"/>
      <w:pPr>
        <w:ind w:left="1020" w:hanging="360"/>
      </w:pPr>
    </w:lvl>
    <w:lvl w:ilvl="2" w:tplc="7DF0DE62">
      <w:start w:val="1"/>
      <w:numFmt w:val="decimal"/>
      <w:lvlText w:val="%3."/>
      <w:lvlJc w:val="left"/>
      <w:pPr>
        <w:ind w:left="1020" w:hanging="360"/>
      </w:pPr>
    </w:lvl>
    <w:lvl w:ilvl="3" w:tplc="FDF8AD80">
      <w:start w:val="1"/>
      <w:numFmt w:val="decimal"/>
      <w:lvlText w:val="%4."/>
      <w:lvlJc w:val="left"/>
      <w:pPr>
        <w:ind w:left="1020" w:hanging="360"/>
      </w:pPr>
    </w:lvl>
    <w:lvl w:ilvl="4" w:tplc="A32AF3C6">
      <w:start w:val="1"/>
      <w:numFmt w:val="decimal"/>
      <w:lvlText w:val="%5."/>
      <w:lvlJc w:val="left"/>
      <w:pPr>
        <w:ind w:left="1020" w:hanging="360"/>
      </w:pPr>
    </w:lvl>
    <w:lvl w:ilvl="5" w:tplc="8F9CC23A">
      <w:start w:val="1"/>
      <w:numFmt w:val="decimal"/>
      <w:lvlText w:val="%6."/>
      <w:lvlJc w:val="left"/>
      <w:pPr>
        <w:ind w:left="1020" w:hanging="360"/>
      </w:pPr>
    </w:lvl>
    <w:lvl w:ilvl="6" w:tplc="9C981B28">
      <w:start w:val="1"/>
      <w:numFmt w:val="decimal"/>
      <w:lvlText w:val="%7."/>
      <w:lvlJc w:val="left"/>
      <w:pPr>
        <w:ind w:left="1020" w:hanging="360"/>
      </w:pPr>
    </w:lvl>
    <w:lvl w:ilvl="7" w:tplc="50DC5C8A">
      <w:start w:val="1"/>
      <w:numFmt w:val="decimal"/>
      <w:lvlText w:val="%8."/>
      <w:lvlJc w:val="left"/>
      <w:pPr>
        <w:ind w:left="1020" w:hanging="360"/>
      </w:pPr>
    </w:lvl>
    <w:lvl w:ilvl="8" w:tplc="A3AC6CFA">
      <w:start w:val="1"/>
      <w:numFmt w:val="decimal"/>
      <w:lvlText w:val="%9."/>
      <w:lvlJc w:val="left"/>
      <w:pPr>
        <w:ind w:left="1020" w:hanging="360"/>
      </w:pPr>
    </w:lvl>
  </w:abstractNum>
  <w:abstractNum w:abstractNumId="17" w15:restartNumberingAfterBreak="0">
    <w:nsid w:val="468E7AE4"/>
    <w:multiLevelType w:val="hybridMultilevel"/>
    <w:tmpl w:val="CFEC44E6"/>
    <w:lvl w:ilvl="0" w:tplc="FFFFFFFF">
      <w:start w:val="1"/>
      <w:numFmt w:val="ideographDigital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46C95CAC"/>
    <w:multiLevelType w:val="hybridMultilevel"/>
    <w:tmpl w:val="F1828E24"/>
    <w:lvl w:ilvl="0" w:tplc="89CCEB46">
      <w:start w:val="1"/>
      <w:numFmt w:val="decimal"/>
      <w:lvlText w:val="%1."/>
      <w:lvlJc w:val="left"/>
      <w:pPr>
        <w:ind w:left="1020" w:hanging="360"/>
      </w:pPr>
    </w:lvl>
    <w:lvl w:ilvl="1" w:tplc="61B26A70">
      <w:start w:val="1"/>
      <w:numFmt w:val="decimal"/>
      <w:lvlText w:val="%2."/>
      <w:lvlJc w:val="left"/>
      <w:pPr>
        <w:ind w:left="1020" w:hanging="360"/>
      </w:pPr>
    </w:lvl>
    <w:lvl w:ilvl="2" w:tplc="B4663A80">
      <w:start w:val="1"/>
      <w:numFmt w:val="decimal"/>
      <w:lvlText w:val="%3."/>
      <w:lvlJc w:val="left"/>
      <w:pPr>
        <w:ind w:left="1020" w:hanging="360"/>
      </w:pPr>
    </w:lvl>
    <w:lvl w:ilvl="3" w:tplc="CAD28A6A">
      <w:start w:val="1"/>
      <w:numFmt w:val="decimal"/>
      <w:lvlText w:val="%4."/>
      <w:lvlJc w:val="left"/>
      <w:pPr>
        <w:ind w:left="1020" w:hanging="360"/>
      </w:pPr>
    </w:lvl>
    <w:lvl w:ilvl="4" w:tplc="752A6050">
      <w:start w:val="1"/>
      <w:numFmt w:val="decimal"/>
      <w:lvlText w:val="%5."/>
      <w:lvlJc w:val="left"/>
      <w:pPr>
        <w:ind w:left="1020" w:hanging="360"/>
      </w:pPr>
    </w:lvl>
    <w:lvl w:ilvl="5" w:tplc="62E69454">
      <w:start w:val="1"/>
      <w:numFmt w:val="decimal"/>
      <w:lvlText w:val="%6."/>
      <w:lvlJc w:val="left"/>
      <w:pPr>
        <w:ind w:left="1020" w:hanging="360"/>
      </w:pPr>
    </w:lvl>
    <w:lvl w:ilvl="6" w:tplc="DDB2AF02">
      <w:start w:val="1"/>
      <w:numFmt w:val="decimal"/>
      <w:lvlText w:val="%7."/>
      <w:lvlJc w:val="left"/>
      <w:pPr>
        <w:ind w:left="1020" w:hanging="360"/>
      </w:pPr>
    </w:lvl>
    <w:lvl w:ilvl="7" w:tplc="7E98FDB2">
      <w:start w:val="1"/>
      <w:numFmt w:val="decimal"/>
      <w:lvlText w:val="%8."/>
      <w:lvlJc w:val="left"/>
      <w:pPr>
        <w:ind w:left="1020" w:hanging="360"/>
      </w:pPr>
    </w:lvl>
    <w:lvl w:ilvl="8" w:tplc="4E5ED518">
      <w:start w:val="1"/>
      <w:numFmt w:val="decimal"/>
      <w:lvlText w:val="%9."/>
      <w:lvlJc w:val="left"/>
      <w:pPr>
        <w:ind w:left="1020" w:hanging="360"/>
      </w:pPr>
    </w:lvl>
  </w:abstractNum>
  <w:abstractNum w:abstractNumId="19" w15:restartNumberingAfterBreak="0">
    <w:nsid w:val="4EAD0AD9"/>
    <w:multiLevelType w:val="hybridMultilevel"/>
    <w:tmpl w:val="C15093E8"/>
    <w:lvl w:ilvl="0" w:tplc="FFFFFFFF">
      <w:start w:val="1"/>
      <w:numFmt w:val="ideographDigital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52D45F19"/>
    <w:multiLevelType w:val="hybridMultilevel"/>
    <w:tmpl w:val="1578EB86"/>
    <w:lvl w:ilvl="0" w:tplc="32B6EEAA">
      <w:start w:val="1"/>
      <w:numFmt w:val="decimal"/>
      <w:lvlText w:val="%1."/>
      <w:lvlJc w:val="left"/>
      <w:pPr>
        <w:ind w:left="1020" w:hanging="360"/>
      </w:pPr>
    </w:lvl>
    <w:lvl w:ilvl="1" w:tplc="82F42FDA">
      <w:start w:val="1"/>
      <w:numFmt w:val="decimal"/>
      <w:lvlText w:val="%2."/>
      <w:lvlJc w:val="left"/>
      <w:pPr>
        <w:ind w:left="1020" w:hanging="360"/>
      </w:pPr>
    </w:lvl>
    <w:lvl w:ilvl="2" w:tplc="1830705E">
      <w:start w:val="1"/>
      <w:numFmt w:val="decimal"/>
      <w:lvlText w:val="%3."/>
      <w:lvlJc w:val="left"/>
      <w:pPr>
        <w:ind w:left="1020" w:hanging="360"/>
      </w:pPr>
    </w:lvl>
    <w:lvl w:ilvl="3" w:tplc="5814858E">
      <w:start w:val="1"/>
      <w:numFmt w:val="decimal"/>
      <w:lvlText w:val="%4."/>
      <w:lvlJc w:val="left"/>
      <w:pPr>
        <w:ind w:left="1020" w:hanging="360"/>
      </w:pPr>
    </w:lvl>
    <w:lvl w:ilvl="4" w:tplc="00F075F6">
      <w:start w:val="1"/>
      <w:numFmt w:val="decimal"/>
      <w:lvlText w:val="%5."/>
      <w:lvlJc w:val="left"/>
      <w:pPr>
        <w:ind w:left="1020" w:hanging="360"/>
      </w:pPr>
    </w:lvl>
    <w:lvl w:ilvl="5" w:tplc="BAEA15AE">
      <w:start w:val="1"/>
      <w:numFmt w:val="decimal"/>
      <w:lvlText w:val="%6."/>
      <w:lvlJc w:val="left"/>
      <w:pPr>
        <w:ind w:left="1020" w:hanging="360"/>
      </w:pPr>
    </w:lvl>
    <w:lvl w:ilvl="6" w:tplc="14488974">
      <w:start w:val="1"/>
      <w:numFmt w:val="decimal"/>
      <w:lvlText w:val="%7."/>
      <w:lvlJc w:val="left"/>
      <w:pPr>
        <w:ind w:left="1020" w:hanging="360"/>
      </w:pPr>
    </w:lvl>
    <w:lvl w:ilvl="7" w:tplc="AAAC2692">
      <w:start w:val="1"/>
      <w:numFmt w:val="decimal"/>
      <w:lvlText w:val="%8."/>
      <w:lvlJc w:val="left"/>
      <w:pPr>
        <w:ind w:left="1020" w:hanging="360"/>
      </w:pPr>
    </w:lvl>
    <w:lvl w:ilvl="8" w:tplc="199E369C">
      <w:start w:val="1"/>
      <w:numFmt w:val="decimal"/>
      <w:lvlText w:val="%9."/>
      <w:lvlJc w:val="left"/>
      <w:pPr>
        <w:ind w:left="1020" w:hanging="360"/>
      </w:pPr>
    </w:lvl>
  </w:abstractNum>
  <w:abstractNum w:abstractNumId="21" w15:restartNumberingAfterBreak="0">
    <w:nsid w:val="656A594E"/>
    <w:multiLevelType w:val="hybridMultilevel"/>
    <w:tmpl w:val="7F788F0C"/>
    <w:lvl w:ilvl="0" w:tplc="63C26996">
      <w:start w:val="1"/>
      <w:numFmt w:val="decimal"/>
      <w:lvlText w:val="%1."/>
      <w:lvlJc w:val="left"/>
      <w:pPr>
        <w:ind w:left="1020" w:hanging="360"/>
      </w:pPr>
    </w:lvl>
    <w:lvl w:ilvl="1" w:tplc="275EAE98">
      <w:start w:val="1"/>
      <w:numFmt w:val="decimal"/>
      <w:lvlText w:val="%2."/>
      <w:lvlJc w:val="left"/>
      <w:pPr>
        <w:ind w:left="1020" w:hanging="360"/>
      </w:pPr>
    </w:lvl>
    <w:lvl w:ilvl="2" w:tplc="899CAFD6">
      <w:start w:val="1"/>
      <w:numFmt w:val="decimal"/>
      <w:lvlText w:val="%3."/>
      <w:lvlJc w:val="left"/>
      <w:pPr>
        <w:ind w:left="1020" w:hanging="360"/>
      </w:pPr>
    </w:lvl>
    <w:lvl w:ilvl="3" w:tplc="55DA230A">
      <w:start w:val="1"/>
      <w:numFmt w:val="decimal"/>
      <w:lvlText w:val="%4."/>
      <w:lvlJc w:val="left"/>
      <w:pPr>
        <w:ind w:left="1020" w:hanging="360"/>
      </w:pPr>
    </w:lvl>
    <w:lvl w:ilvl="4" w:tplc="B108FEFE">
      <w:start w:val="1"/>
      <w:numFmt w:val="decimal"/>
      <w:lvlText w:val="%5."/>
      <w:lvlJc w:val="left"/>
      <w:pPr>
        <w:ind w:left="1020" w:hanging="360"/>
      </w:pPr>
    </w:lvl>
    <w:lvl w:ilvl="5" w:tplc="F1A0408E">
      <w:start w:val="1"/>
      <w:numFmt w:val="decimal"/>
      <w:lvlText w:val="%6."/>
      <w:lvlJc w:val="left"/>
      <w:pPr>
        <w:ind w:left="1020" w:hanging="360"/>
      </w:pPr>
    </w:lvl>
    <w:lvl w:ilvl="6" w:tplc="E4C602F2">
      <w:start w:val="1"/>
      <w:numFmt w:val="decimal"/>
      <w:lvlText w:val="%7."/>
      <w:lvlJc w:val="left"/>
      <w:pPr>
        <w:ind w:left="1020" w:hanging="360"/>
      </w:pPr>
    </w:lvl>
    <w:lvl w:ilvl="7" w:tplc="58B0C6BA">
      <w:start w:val="1"/>
      <w:numFmt w:val="decimal"/>
      <w:lvlText w:val="%8."/>
      <w:lvlJc w:val="left"/>
      <w:pPr>
        <w:ind w:left="1020" w:hanging="360"/>
      </w:pPr>
    </w:lvl>
    <w:lvl w:ilvl="8" w:tplc="51942D8E">
      <w:start w:val="1"/>
      <w:numFmt w:val="decimal"/>
      <w:lvlText w:val="%9."/>
      <w:lvlJc w:val="left"/>
      <w:pPr>
        <w:ind w:left="1020" w:hanging="360"/>
      </w:pPr>
    </w:lvl>
  </w:abstractNum>
  <w:abstractNum w:abstractNumId="22" w15:restartNumberingAfterBreak="0">
    <w:nsid w:val="70D02D39"/>
    <w:multiLevelType w:val="multilevel"/>
    <w:tmpl w:val="4780755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7A432FD3"/>
    <w:multiLevelType w:val="multilevel"/>
    <w:tmpl w:val="EC7E66C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7A5B39D3"/>
    <w:multiLevelType w:val="hybridMultilevel"/>
    <w:tmpl w:val="42227DA2"/>
    <w:lvl w:ilvl="0" w:tplc="2BAE13FA">
      <w:start w:val="1"/>
      <w:numFmt w:val="decimal"/>
      <w:lvlText w:val="%1."/>
      <w:lvlJc w:val="left"/>
      <w:pPr>
        <w:ind w:left="1020" w:hanging="360"/>
      </w:pPr>
    </w:lvl>
    <w:lvl w:ilvl="1" w:tplc="C3AAD966">
      <w:start w:val="1"/>
      <w:numFmt w:val="decimal"/>
      <w:lvlText w:val="%2."/>
      <w:lvlJc w:val="left"/>
      <w:pPr>
        <w:ind w:left="1020" w:hanging="360"/>
      </w:pPr>
    </w:lvl>
    <w:lvl w:ilvl="2" w:tplc="C34A64FC">
      <w:start w:val="1"/>
      <w:numFmt w:val="decimal"/>
      <w:lvlText w:val="%3."/>
      <w:lvlJc w:val="left"/>
      <w:pPr>
        <w:ind w:left="1020" w:hanging="360"/>
      </w:pPr>
    </w:lvl>
    <w:lvl w:ilvl="3" w:tplc="90326AA8">
      <w:start w:val="1"/>
      <w:numFmt w:val="decimal"/>
      <w:lvlText w:val="%4."/>
      <w:lvlJc w:val="left"/>
      <w:pPr>
        <w:ind w:left="1020" w:hanging="360"/>
      </w:pPr>
    </w:lvl>
    <w:lvl w:ilvl="4" w:tplc="5106B2CA">
      <w:start w:val="1"/>
      <w:numFmt w:val="decimal"/>
      <w:lvlText w:val="%5."/>
      <w:lvlJc w:val="left"/>
      <w:pPr>
        <w:ind w:left="1020" w:hanging="360"/>
      </w:pPr>
    </w:lvl>
    <w:lvl w:ilvl="5" w:tplc="9D10DB5C">
      <w:start w:val="1"/>
      <w:numFmt w:val="decimal"/>
      <w:lvlText w:val="%6."/>
      <w:lvlJc w:val="left"/>
      <w:pPr>
        <w:ind w:left="1020" w:hanging="360"/>
      </w:pPr>
    </w:lvl>
    <w:lvl w:ilvl="6" w:tplc="D5C459F2">
      <w:start w:val="1"/>
      <w:numFmt w:val="decimal"/>
      <w:lvlText w:val="%7."/>
      <w:lvlJc w:val="left"/>
      <w:pPr>
        <w:ind w:left="1020" w:hanging="360"/>
      </w:pPr>
    </w:lvl>
    <w:lvl w:ilvl="7" w:tplc="ED52EC48">
      <w:start w:val="1"/>
      <w:numFmt w:val="decimal"/>
      <w:lvlText w:val="%8."/>
      <w:lvlJc w:val="left"/>
      <w:pPr>
        <w:ind w:left="1020" w:hanging="360"/>
      </w:pPr>
    </w:lvl>
    <w:lvl w:ilvl="8" w:tplc="37148C8A">
      <w:start w:val="1"/>
      <w:numFmt w:val="decimal"/>
      <w:lvlText w:val="%9."/>
      <w:lvlJc w:val="left"/>
      <w:pPr>
        <w:ind w:left="1020" w:hanging="360"/>
      </w:pPr>
    </w:lvl>
  </w:abstractNum>
  <w:abstractNum w:abstractNumId="25" w15:restartNumberingAfterBreak="0">
    <w:nsid w:val="7DB8E6DF"/>
    <w:multiLevelType w:val="hybridMultilevel"/>
    <w:tmpl w:val="F9DE4D14"/>
    <w:lvl w:ilvl="0" w:tplc="FFFFFFFF">
      <w:start w:val="1"/>
      <w:numFmt w:val="decimal"/>
      <w:lvlText w:val="%1."/>
      <w:lvlJc w:val="left"/>
    </w:lvl>
    <w:lvl w:ilvl="1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801924826">
    <w:abstractNumId w:val="9"/>
  </w:num>
  <w:num w:numId="2" w16cid:durableId="826239433">
    <w:abstractNumId w:val="7"/>
  </w:num>
  <w:num w:numId="3" w16cid:durableId="1601984949">
    <w:abstractNumId w:val="6"/>
  </w:num>
  <w:num w:numId="4" w16cid:durableId="1179154521">
    <w:abstractNumId w:val="5"/>
  </w:num>
  <w:num w:numId="5" w16cid:durableId="14380367">
    <w:abstractNumId w:val="8"/>
  </w:num>
  <w:num w:numId="6" w16cid:durableId="1729955345">
    <w:abstractNumId w:val="4"/>
  </w:num>
  <w:num w:numId="7" w16cid:durableId="2090734378">
    <w:abstractNumId w:val="3"/>
  </w:num>
  <w:num w:numId="8" w16cid:durableId="1717461199">
    <w:abstractNumId w:val="2"/>
  </w:num>
  <w:num w:numId="9" w16cid:durableId="794064839">
    <w:abstractNumId w:val="1"/>
  </w:num>
  <w:num w:numId="10" w16cid:durableId="753091474">
    <w:abstractNumId w:val="23"/>
  </w:num>
  <w:num w:numId="11" w16cid:durableId="953485410">
    <w:abstractNumId w:val="22"/>
  </w:num>
  <w:num w:numId="12" w16cid:durableId="271132134">
    <w:abstractNumId w:val="12"/>
  </w:num>
  <w:num w:numId="13" w16cid:durableId="2003848517">
    <w:abstractNumId w:val="10"/>
  </w:num>
  <w:num w:numId="14" w16cid:durableId="1073039999">
    <w:abstractNumId w:val="0"/>
  </w:num>
  <w:num w:numId="15" w16cid:durableId="1351183946">
    <w:abstractNumId w:val="19"/>
  </w:num>
  <w:num w:numId="16" w16cid:durableId="1299841576">
    <w:abstractNumId w:val="17"/>
  </w:num>
  <w:num w:numId="17" w16cid:durableId="1895962828">
    <w:abstractNumId w:val="25"/>
  </w:num>
  <w:num w:numId="18" w16cid:durableId="492918752">
    <w:abstractNumId w:val="16"/>
  </w:num>
  <w:num w:numId="19" w16cid:durableId="1218202087">
    <w:abstractNumId w:val="20"/>
  </w:num>
  <w:num w:numId="20" w16cid:durableId="2041971454">
    <w:abstractNumId w:val="24"/>
  </w:num>
  <w:num w:numId="21" w16cid:durableId="245264522">
    <w:abstractNumId w:val="13"/>
  </w:num>
  <w:num w:numId="22" w16cid:durableId="289942824">
    <w:abstractNumId w:val="14"/>
  </w:num>
  <w:num w:numId="23" w16cid:durableId="2129084169">
    <w:abstractNumId w:val="15"/>
  </w:num>
  <w:num w:numId="24" w16cid:durableId="1530948042">
    <w:abstractNumId w:val="18"/>
  </w:num>
  <w:num w:numId="25" w16cid:durableId="2100180119">
    <w:abstractNumId w:val="21"/>
  </w:num>
  <w:num w:numId="26" w16cid:durableId="79806393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7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1B67"/>
    <w:rsid w:val="00034616"/>
    <w:rsid w:val="0006063C"/>
    <w:rsid w:val="00081D0F"/>
    <w:rsid w:val="00086771"/>
    <w:rsid w:val="000B37E4"/>
    <w:rsid w:val="000C7D43"/>
    <w:rsid w:val="00113610"/>
    <w:rsid w:val="00114AE6"/>
    <w:rsid w:val="00126177"/>
    <w:rsid w:val="001449BF"/>
    <w:rsid w:val="0015074B"/>
    <w:rsid w:val="00155254"/>
    <w:rsid w:val="00157E61"/>
    <w:rsid w:val="001A2F7C"/>
    <w:rsid w:val="001B65C4"/>
    <w:rsid w:val="001C3ADC"/>
    <w:rsid w:val="001D10FA"/>
    <w:rsid w:val="001E6A4D"/>
    <w:rsid w:val="001F75FC"/>
    <w:rsid w:val="001F78F7"/>
    <w:rsid w:val="002232F0"/>
    <w:rsid w:val="00263F5A"/>
    <w:rsid w:val="00281090"/>
    <w:rsid w:val="0029639D"/>
    <w:rsid w:val="002D00F1"/>
    <w:rsid w:val="002D219D"/>
    <w:rsid w:val="002E6012"/>
    <w:rsid w:val="002F19F4"/>
    <w:rsid w:val="002F659C"/>
    <w:rsid w:val="002F708B"/>
    <w:rsid w:val="003161C2"/>
    <w:rsid w:val="00326F90"/>
    <w:rsid w:val="00362629"/>
    <w:rsid w:val="003940CD"/>
    <w:rsid w:val="00396EBA"/>
    <w:rsid w:val="003C0FC2"/>
    <w:rsid w:val="003F7737"/>
    <w:rsid w:val="004260A2"/>
    <w:rsid w:val="00426BE4"/>
    <w:rsid w:val="00457478"/>
    <w:rsid w:val="00457F9B"/>
    <w:rsid w:val="004772DF"/>
    <w:rsid w:val="00482D9F"/>
    <w:rsid w:val="004E168C"/>
    <w:rsid w:val="004E26CB"/>
    <w:rsid w:val="004F28F5"/>
    <w:rsid w:val="00502C3A"/>
    <w:rsid w:val="005D4E47"/>
    <w:rsid w:val="005F36B6"/>
    <w:rsid w:val="00612F16"/>
    <w:rsid w:val="00615D81"/>
    <w:rsid w:val="00623650"/>
    <w:rsid w:val="00642DF0"/>
    <w:rsid w:val="00645371"/>
    <w:rsid w:val="0067439E"/>
    <w:rsid w:val="00695A99"/>
    <w:rsid w:val="006A67BC"/>
    <w:rsid w:val="00747065"/>
    <w:rsid w:val="00773FBD"/>
    <w:rsid w:val="007A763C"/>
    <w:rsid w:val="007D44BB"/>
    <w:rsid w:val="007D7628"/>
    <w:rsid w:val="00865DD8"/>
    <w:rsid w:val="008C369F"/>
    <w:rsid w:val="008C58A0"/>
    <w:rsid w:val="008F6872"/>
    <w:rsid w:val="00911884"/>
    <w:rsid w:val="00912149"/>
    <w:rsid w:val="00914919"/>
    <w:rsid w:val="009279C0"/>
    <w:rsid w:val="00947E16"/>
    <w:rsid w:val="009A3980"/>
    <w:rsid w:val="009B47E3"/>
    <w:rsid w:val="009C7C25"/>
    <w:rsid w:val="00A546BE"/>
    <w:rsid w:val="00A648E4"/>
    <w:rsid w:val="00A73621"/>
    <w:rsid w:val="00AA1D8D"/>
    <w:rsid w:val="00AC16B3"/>
    <w:rsid w:val="00B166E6"/>
    <w:rsid w:val="00B47730"/>
    <w:rsid w:val="00BA750B"/>
    <w:rsid w:val="00BB1662"/>
    <w:rsid w:val="00BD4C22"/>
    <w:rsid w:val="00BD761B"/>
    <w:rsid w:val="00BF3E97"/>
    <w:rsid w:val="00C719D9"/>
    <w:rsid w:val="00C9346F"/>
    <w:rsid w:val="00C96CFE"/>
    <w:rsid w:val="00CB0664"/>
    <w:rsid w:val="00CC384D"/>
    <w:rsid w:val="00CE2AE4"/>
    <w:rsid w:val="00D03B80"/>
    <w:rsid w:val="00D652F2"/>
    <w:rsid w:val="00DA3D33"/>
    <w:rsid w:val="00DA5326"/>
    <w:rsid w:val="00DD1AE8"/>
    <w:rsid w:val="00DD4905"/>
    <w:rsid w:val="00E236A9"/>
    <w:rsid w:val="00E4079B"/>
    <w:rsid w:val="00E74CEF"/>
    <w:rsid w:val="00EB07CC"/>
    <w:rsid w:val="00EB6757"/>
    <w:rsid w:val="00F1028B"/>
    <w:rsid w:val="00F16573"/>
    <w:rsid w:val="00F256F1"/>
    <w:rsid w:val="00F50A25"/>
    <w:rsid w:val="00F742BA"/>
    <w:rsid w:val="00FB26D2"/>
    <w:rsid w:val="00FB2C59"/>
    <w:rsid w:val="00FB57A9"/>
    <w:rsid w:val="00FC4381"/>
    <w:rsid w:val="00FC693F"/>
    <w:rsid w:val="00FD2045"/>
    <w:rsid w:val="00FD763D"/>
    <w:rsid w:val="0131C1C3"/>
    <w:rsid w:val="013D3F25"/>
    <w:rsid w:val="03754F68"/>
    <w:rsid w:val="05CE4399"/>
    <w:rsid w:val="0ABBC469"/>
    <w:rsid w:val="0C93CB2F"/>
    <w:rsid w:val="0E42BAD0"/>
    <w:rsid w:val="0F89E813"/>
    <w:rsid w:val="11745F65"/>
    <w:rsid w:val="11A7C47E"/>
    <w:rsid w:val="13216221"/>
    <w:rsid w:val="13A8BD91"/>
    <w:rsid w:val="1509E87E"/>
    <w:rsid w:val="1608BCAA"/>
    <w:rsid w:val="18B3FB66"/>
    <w:rsid w:val="1E370D32"/>
    <w:rsid w:val="1F1B37D2"/>
    <w:rsid w:val="1F48F548"/>
    <w:rsid w:val="20074C43"/>
    <w:rsid w:val="21477B7E"/>
    <w:rsid w:val="2211D678"/>
    <w:rsid w:val="26DE5574"/>
    <w:rsid w:val="27CD8E7D"/>
    <w:rsid w:val="2888ADD5"/>
    <w:rsid w:val="29F34DD5"/>
    <w:rsid w:val="2A7B5595"/>
    <w:rsid w:val="2BBE0047"/>
    <w:rsid w:val="2D02E8C0"/>
    <w:rsid w:val="2F7DBB27"/>
    <w:rsid w:val="2FC9B980"/>
    <w:rsid w:val="310BC635"/>
    <w:rsid w:val="3247DF2A"/>
    <w:rsid w:val="33289CA0"/>
    <w:rsid w:val="3359BF7B"/>
    <w:rsid w:val="348A386C"/>
    <w:rsid w:val="34DA0BA1"/>
    <w:rsid w:val="34E6F656"/>
    <w:rsid w:val="35594CC0"/>
    <w:rsid w:val="3879B23D"/>
    <w:rsid w:val="38FFB27A"/>
    <w:rsid w:val="3F28E61F"/>
    <w:rsid w:val="3F3E0F28"/>
    <w:rsid w:val="41669789"/>
    <w:rsid w:val="42BFAB85"/>
    <w:rsid w:val="44D7843D"/>
    <w:rsid w:val="4504FDEA"/>
    <w:rsid w:val="45B362E7"/>
    <w:rsid w:val="4641020C"/>
    <w:rsid w:val="487E449F"/>
    <w:rsid w:val="48EDF8EB"/>
    <w:rsid w:val="4AD1BD8D"/>
    <w:rsid w:val="4CF50AE7"/>
    <w:rsid w:val="4DD3F912"/>
    <w:rsid w:val="4E4017DF"/>
    <w:rsid w:val="4ED5EFE5"/>
    <w:rsid w:val="5096BDC0"/>
    <w:rsid w:val="52110ED8"/>
    <w:rsid w:val="5259B9F4"/>
    <w:rsid w:val="52C0E783"/>
    <w:rsid w:val="52E856F0"/>
    <w:rsid w:val="547BEBA9"/>
    <w:rsid w:val="54E1BE39"/>
    <w:rsid w:val="55BC653F"/>
    <w:rsid w:val="58378D8C"/>
    <w:rsid w:val="59BE2601"/>
    <w:rsid w:val="5A73B70F"/>
    <w:rsid w:val="5A9EE4EF"/>
    <w:rsid w:val="5B6BB5CC"/>
    <w:rsid w:val="5B6E11C3"/>
    <w:rsid w:val="5C08DFCD"/>
    <w:rsid w:val="5C3EDE3C"/>
    <w:rsid w:val="5E3D2DD7"/>
    <w:rsid w:val="6238BD6E"/>
    <w:rsid w:val="625B76B6"/>
    <w:rsid w:val="62FEA8FE"/>
    <w:rsid w:val="64C896CD"/>
    <w:rsid w:val="64CC5823"/>
    <w:rsid w:val="680FC0B5"/>
    <w:rsid w:val="68B6BCA0"/>
    <w:rsid w:val="6A5C57C4"/>
    <w:rsid w:val="6BFB9231"/>
    <w:rsid w:val="6CF09FB8"/>
    <w:rsid w:val="6D7A5D84"/>
    <w:rsid w:val="6F1D65AF"/>
    <w:rsid w:val="6F20F173"/>
    <w:rsid w:val="6F498A77"/>
    <w:rsid w:val="6F7751D6"/>
    <w:rsid w:val="6FA90A92"/>
    <w:rsid w:val="7058CB5C"/>
    <w:rsid w:val="70B04B1A"/>
    <w:rsid w:val="72846438"/>
    <w:rsid w:val="73F5F3D8"/>
    <w:rsid w:val="74516F9A"/>
    <w:rsid w:val="7549B4E3"/>
    <w:rsid w:val="77F32E14"/>
    <w:rsid w:val="7B2CD5BD"/>
    <w:rsid w:val="7C0A496E"/>
    <w:rsid w:val="7C0D21AD"/>
    <w:rsid w:val="7DB1BECF"/>
    <w:rsid w:val="7E375FAC"/>
    <w:rsid w:val="7E417DB1"/>
    <w:rsid w:val="7ED2DCAB"/>
    <w:rsid w:val="7F08A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878A2E1"/>
  <w14:defaultImageDpi w14:val="300"/>
  <w15:docId w15:val="{70EE3985-0C74-47EC-84C3-1C0250220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C693F"/>
  </w:style>
  <w:style w:type="paragraph" w:styleId="Kop1">
    <w:name w:val="heading 1"/>
    <w:basedOn w:val="Standaard"/>
    <w:next w:val="Standaard"/>
    <w:link w:val="Kop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618BF"/>
  </w:style>
  <w:style w:type="paragraph" w:styleId="Voettekst">
    <w:name w:val="footer"/>
    <w:basedOn w:val="Standaard"/>
    <w:link w:val="Voet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618BF"/>
  </w:style>
  <w:style w:type="paragraph" w:styleId="Geenafstand">
    <w:name w:val="No Spacing"/>
    <w:uiPriority w:val="1"/>
    <w:qFormat/>
    <w:rsid w:val="00FC693F"/>
    <w:pPr>
      <w:spacing w:after="0" w:line="240" w:lineRule="auto"/>
    </w:pPr>
  </w:style>
  <w:style w:type="character" w:customStyle="1" w:styleId="Kop1Char">
    <w:name w:val="Kop 1 Char"/>
    <w:basedOn w:val="Standaardalinea-lettertype"/>
    <w:link w:val="Kop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ard"/>
    <w:next w:val="Standaard"/>
    <w:link w:val="Tite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jstalinea">
    <w:name w:val="List Paragraph"/>
    <w:basedOn w:val="Standaard"/>
    <w:uiPriority w:val="34"/>
    <w:qFormat/>
    <w:rsid w:val="00FC693F"/>
    <w:pPr>
      <w:ind w:left="720"/>
      <w:contextualSpacing/>
    </w:pPr>
  </w:style>
  <w:style w:type="paragraph" w:styleId="Plattetekst">
    <w:name w:val="Body Text"/>
    <w:basedOn w:val="Standaard"/>
    <w:link w:val="PlattetekstChar"/>
    <w:uiPriority w:val="99"/>
    <w:unhideWhenUsed/>
    <w:rsid w:val="00AA1D8D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rsid w:val="00AA1D8D"/>
  </w:style>
  <w:style w:type="paragraph" w:styleId="Plattetekst2">
    <w:name w:val="Body Text 2"/>
    <w:basedOn w:val="Standaard"/>
    <w:link w:val="Plattetekst2Char"/>
    <w:uiPriority w:val="99"/>
    <w:unhideWhenUsed/>
    <w:rsid w:val="00AA1D8D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rsid w:val="00AA1D8D"/>
  </w:style>
  <w:style w:type="paragraph" w:styleId="Plattetekst3">
    <w:name w:val="Body Text 3"/>
    <w:basedOn w:val="Standaard"/>
    <w:link w:val="Platteteks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rsid w:val="00AA1D8D"/>
    <w:rPr>
      <w:sz w:val="16"/>
      <w:szCs w:val="16"/>
    </w:rPr>
  </w:style>
  <w:style w:type="paragraph" w:styleId="Lijst">
    <w:name w:val="List"/>
    <w:basedOn w:val="Standaard"/>
    <w:uiPriority w:val="99"/>
    <w:unhideWhenUsed/>
    <w:rsid w:val="00AA1D8D"/>
    <w:pPr>
      <w:ind w:left="360" w:hanging="360"/>
      <w:contextualSpacing/>
    </w:pPr>
  </w:style>
  <w:style w:type="paragraph" w:styleId="Lijst2">
    <w:name w:val="List 2"/>
    <w:basedOn w:val="Standaard"/>
    <w:uiPriority w:val="99"/>
    <w:unhideWhenUsed/>
    <w:rsid w:val="00326F90"/>
    <w:pPr>
      <w:ind w:left="720" w:hanging="360"/>
      <w:contextualSpacing/>
    </w:pPr>
  </w:style>
  <w:style w:type="paragraph" w:styleId="Lijst3">
    <w:name w:val="List 3"/>
    <w:basedOn w:val="Standaard"/>
    <w:uiPriority w:val="99"/>
    <w:unhideWhenUsed/>
    <w:rsid w:val="00326F90"/>
    <w:pPr>
      <w:ind w:left="1080" w:hanging="360"/>
      <w:contextualSpacing/>
    </w:pPr>
  </w:style>
  <w:style w:type="paragraph" w:styleId="Lijstopsomteken">
    <w:name w:val="List Bullet"/>
    <w:basedOn w:val="Standaard"/>
    <w:uiPriority w:val="99"/>
    <w:unhideWhenUsed/>
    <w:rsid w:val="00326F90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unhideWhenUsed/>
    <w:rsid w:val="00326F90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unhideWhenUsed/>
    <w:rsid w:val="00326F90"/>
    <w:pPr>
      <w:numPr>
        <w:numId w:val="3"/>
      </w:numPr>
      <w:contextualSpacing/>
    </w:pPr>
  </w:style>
  <w:style w:type="paragraph" w:styleId="Lijstnummering">
    <w:name w:val="List Number"/>
    <w:basedOn w:val="Standaard"/>
    <w:uiPriority w:val="99"/>
    <w:unhideWhenUsed/>
    <w:rsid w:val="00326F90"/>
    <w:pPr>
      <w:numPr>
        <w:numId w:val="5"/>
      </w:numPr>
      <w:contextualSpacing/>
    </w:pPr>
  </w:style>
  <w:style w:type="paragraph" w:styleId="Lijstnummering2">
    <w:name w:val="List Number 2"/>
    <w:basedOn w:val="Standaard"/>
    <w:uiPriority w:val="99"/>
    <w:unhideWhenUsed/>
    <w:rsid w:val="0029639D"/>
    <w:pPr>
      <w:numPr>
        <w:numId w:val="6"/>
      </w:numPr>
      <w:contextualSpacing/>
    </w:pPr>
  </w:style>
  <w:style w:type="paragraph" w:styleId="Lijstnummering3">
    <w:name w:val="List Number 3"/>
    <w:basedOn w:val="Standaard"/>
    <w:uiPriority w:val="99"/>
    <w:unhideWhenUsed/>
    <w:rsid w:val="0029639D"/>
    <w:pPr>
      <w:numPr>
        <w:numId w:val="7"/>
      </w:numPr>
      <w:contextualSpacing/>
    </w:pPr>
  </w:style>
  <w:style w:type="paragraph" w:styleId="Lijstvoortzetting">
    <w:name w:val="List Continue"/>
    <w:basedOn w:val="Standaard"/>
    <w:uiPriority w:val="99"/>
    <w:unhideWhenUsed/>
    <w:rsid w:val="0029639D"/>
    <w:pPr>
      <w:spacing w:after="120"/>
      <w:ind w:left="360"/>
      <w:contextualSpacing/>
    </w:pPr>
  </w:style>
  <w:style w:type="paragraph" w:styleId="Lijstvoortzetting2">
    <w:name w:val="List Continue 2"/>
    <w:basedOn w:val="Standaard"/>
    <w:uiPriority w:val="99"/>
    <w:unhideWhenUsed/>
    <w:rsid w:val="0029639D"/>
    <w:pPr>
      <w:spacing w:after="120"/>
      <w:ind w:left="720"/>
      <w:contextualSpacing/>
    </w:pPr>
  </w:style>
  <w:style w:type="paragraph" w:styleId="Lijstvoortzetting3">
    <w:name w:val="List Continue 3"/>
    <w:basedOn w:val="Standaard"/>
    <w:uiPriority w:val="99"/>
    <w:unhideWhenUsed/>
    <w:rsid w:val="0029639D"/>
    <w:pPr>
      <w:spacing w:after="120"/>
      <w:ind w:left="1080"/>
      <w:contextualSpacing/>
    </w:pPr>
  </w:style>
  <w:style w:type="paragraph" w:styleId="Macrotekst">
    <w:name w:val="macro"/>
    <w:link w:val="Macroteks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rsid w:val="0029639D"/>
    <w:rPr>
      <w:rFonts w:ascii="Courier" w:hAnsi="Courier"/>
      <w:sz w:val="20"/>
      <w:szCs w:val="20"/>
    </w:rPr>
  </w:style>
  <w:style w:type="paragraph" w:styleId="Citaat">
    <w:name w:val="Quote"/>
    <w:basedOn w:val="Standaard"/>
    <w:next w:val="Standaard"/>
    <w:link w:val="CitaatChar"/>
    <w:uiPriority w:val="29"/>
    <w:qFormat/>
    <w:rsid w:val="00FC693F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FC693F"/>
    <w:rPr>
      <w:i/>
      <w:iCs/>
      <w:color w:val="000000" w:themeColor="text1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FC693F"/>
    <w:rPr>
      <w:b/>
      <w:bCs/>
    </w:rPr>
  </w:style>
  <w:style w:type="character" w:styleId="Nadruk">
    <w:name w:val="Emphasis"/>
    <w:basedOn w:val="Standaardalinea-lettertype"/>
    <w:uiPriority w:val="20"/>
    <w:qFormat/>
    <w:rsid w:val="00FC693F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C693F"/>
    <w:rPr>
      <w:b/>
      <w:bCs/>
      <w:i/>
      <w:iCs/>
      <w:color w:val="4F81BD" w:themeColor="accent1"/>
    </w:rPr>
  </w:style>
  <w:style w:type="character" w:styleId="Subtielebenadrukking">
    <w:name w:val="Subtle Emphasis"/>
    <w:basedOn w:val="Standaardalinea-lettertype"/>
    <w:uiPriority w:val="19"/>
    <w:qFormat/>
    <w:rsid w:val="00FC693F"/>
    <w:rPr>
      <w:i/>
      <w:iCs/>
      <w:color w:val="808080" w:themeColor="text1" w:themeTint="7F"/>
    </w:rPr>
  </w:style>
  <w:style w:type="character" w:styleId="Intensievebenadrukking">
    <w:name w:val="Intense Emphasis"/>
    <w:basedOn w:val="Standaardalinea-lettertype"/>
    <w:uiPriority w:val="21"/>
    <w:qFormat/>
    <w:rsid w:val="00FC693F"/>
    <w:rPr>
      <w:b/>
      <w:bCs/>
      <w:i/>
      <w:iCs/>
      <w:color w:val="4F81BD" w:themeColor="accent1"/>
    </w:rPr>
  </w:style>
  <w:style w:type="character" w:styleId="Subtieleverwijzing">
    <w:name w:val="Subtle Reference"/>
    <w:basedOn w:val="Standaardalinea-lettertype"/>
    <w:uiPriority w:val="31"/>
    <w:qFormat/>
    <w:rsid w:val="00FC693F"/>
    <w:rPr>
      <w:smallCaps/>
      <w:color w:val="C0504D" w:themeColor="accent2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FC693F"/>
    <w:rPr>
      <w:b/>
      <w:bCs/>
      <w:smallCaps/>
      <w:spacing w:val="5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C693F"/>
    <w:pPr>
      <w:outlineLvl w:val="9"/>
    </w:pPr>
  </w:style>
  <w:style w:type="table" w:styleId="Tabelraster">
    <w:name w:val="Table Grid"/>
    <w:basedOn w:val="Standaardtab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chtearcering">
    <w:name w:val="Light Shading"/>
    <w:basedOn w:val="Standaardtab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chtelijst">
    <w:name w:val="Light List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chtelijst-accent2">
    <w:name w:val="Light List Accent 2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chtelijst-accent3">
    <w:name w:val="Light List Accent 3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chtelijst-accent4">
    <w:name w:val="Light List Accent 4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chtelijst-accent5">
    <w:name w:val="Light List Accent 5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chtelijst-accent6">
    <w:name w:val="Light List Accent 6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chtraster">
    <w:name w:val="Light Grid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chtraster-accent2">
    <w:name w:val="Light Grid Accent 2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chtraster-accent3">
    <w:name w:val="Light Grid Accent 3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chtraster-accent4">
    <w:name w:val="Light Grid Accent 4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chtraster-accent5">
    <w:name w:val="Light Grid Accent 5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chtraster-accent6">
    <w:name w:val="Light Grid Accent 6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Gemiddeldearcering1">
    <w:name w:val="Medium Shading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Gemiddeldelijst2">
    <w:name w:val="Medium Lis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raster1">
    <w:name w:val="Medium Grid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emiddeldraster2">
    <w:name w:val="Medium Grid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onkerelijst">
    <w:name w:val="Dark List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onkerelijst-accent2">
    <w:name w:val="Dark List Accent 2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onkerelijst-accent3">
    <w:name w:val="Dark List Accent 3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onkerelijst-accent4">
    <w:name w:val="Dark List Accent 4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onkerelijst-accent5">
    <w:name w:val="Dark List Accent 5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onkerelijst-accent6">
    <w:name w:val="Dark List Accent 6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leurrijkearcering">
    <w:name w:val="Colorful Shading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leurrijkraster">
    <w:name w:val="Colorful Grid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Standaardalinea-lettertype"/>
    <w:uiPriority w:val="99"/>
    <w:unhideWhenUsed/>
    <w:rsid w:val="000C7D43"/>
    <w:rPr>
      <w:color w:val="0000FF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0C7D43"/>
    <w:rPr>
      <w:color w:val="800080"/>
      <w:u w:val="single"/>
    </w:rPr>
  </w:style>
  <w:style w:type="paragraph" w:customStyle="1" w:styleId="msonormal0">
    <w:name w:val="msonormal"/>
    <w:basedOn w:val="Standaard"/>
    <w:rsid w:val="000C7D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customStyle="1" w:styleId="xl70">
    <w:name w:val="xl70"/>
    <w:basedOn w:val="Standaard"/>
    <w:rsid w:val="000C7D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366092"/>
      <w:sz w:val="40"/>
      <w:szCs w:val="40"/>
      <w:lang w:val="nl-NL" w:eastAsia="nl-NL"/>
    </w:rPr>
  </w:style>
  <w:style w:type="paragraph" w:customStyle="1" w:styleId="xl71">
    <w:name w:val="xl71"/>
    <w:basedOn w:val="Standaard"/>
    <w:rsid w:val="000C7D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val="nl-NL" w:eastAsia="nl-NL"/>
    </w:rPr>
  </w:style>
  <w:style w:type="paragraph" w:customStyle="1" w:styleId="xl72">
    <w:name w:val="xl72"/>
    <w:basedOn w:val="Standaard"/>
    <w:rsid w:val="000C7D43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customStyle="1" w:styleId="xl73">
    <w:name w:val="xl73"/>
    <w:basedOn w:val="Standaard"/>
    <w:rsid w:val="000C7D4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nl-NL" w:eastAsia="nl-NL"/>
    </w:rPr>
  </w:style>
  <w:style w:type="paragraph" w:customStyle="1" w:styleId="xl74">
    <w:name w:val="xl74"/>
    <w:basedOn w:val="Standaard"/>
    <w:rsid w:val="000C7D4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customStyle="1" w:styleId="xl75">
    <w:name w:val="xl75"/>
    <w:basedOn w:val="Standaard"/>
    <w:rsid w:val="000C7D43"/>
    <w:pPr>
      <w:pBdr>
        <w:top w:val="single" w:sz="4" w:space="0" w:color="A6A6A6"/>
      </w:pBdr>
      <w:shd w:val="clear" w:color="4F81BD" w:fill="595959"/>
      <w:spacing w:before="100" w:beforeAutospacing="1" w:after="100" w:afterAutospacing="1" w:line="240" w:lineRule="auto"/>
      <w:ind w:firstLineChars="100" w:firstLine="100"/>
      <w:textAlignment w:val="center"/>
    </w:pPr>
    <w:rPr>
      <w:rFonts w:ascii="Times New Roman" w:eastAsia="Times New Roman" w:hAnsi="Times New Roman" w:cs="Times New Roman"/>
      <w:b/>
      <w:bCs/>
      <w:color w:val="FFFFFF"/>
      <w:sz w:val="18"/>
      <w:szCs w:val="18"/>
      <w:lang w:val="nl-NL" w:eastAsia="nl-NL"/>
    </w:rPr>
  </w:style>
  <w:style w:type="paragraph" w:customStyle="1" w:styleId="xl76">
    <w:name w:val="xl76"/>
    <w:basedOn w:val="Standaard"/>
    <w:rsid w:val="000C7D43"/>
    <w:pPr>
      <w:pBdr>
        <w:top w:val="single" w:sz="4" w:space="0" w:color="A6A6A6"/>
      </w:pBdr>
      <w:shd w:val="clear" w:color="4F81BD" w:fill="59595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18"/>
      <w:szCs w:val="18"/>
      <w:lang w:val="nl-NL" w:eastAsia="nl-NL"/>
    </w:rPr>
  </w:style>
  <w:style w:type="paragraph" w:customStyle="1" w:styleId="xl77">
    <w:name w:val="xl77"/>
    <w:basedOn w:val="Standaard"/>
    <w:rsid w:val="000C7D43"/>
    <w:pPr>
      <w:pBdr>
        <w:left w:val="single" w:sz="4" w:space="0" w:color="A6A6A6"/>
        <w:bottom w:val="single" w:sz="8" w:space="0" w:color="D9D9D9"/>
        <w:right w:val="single" w:sz="4" w:space="0" w:color="A6A6A6"/>
      </w:pBdr>
      <w:shd w:val="clear" w:color="000000" w:fill="59595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  <w:lang w:val="nl-NL" w:eastAsia="nl-NL"/>
    </w:rPr>
  </w:style>
  <w:style w:type="paragraph" w:customStyle="1" w:styleId="xl78">
    <w:name w:val="xl78"/>
    <w:basedOn w:val="Standaard"/>
    <w:rsid w:val="000C7D43"/>
    <w:pPr>
      <w:pBdr>
        <w:top w:val="single" w:sz="8" w:space="0" w:color="D9D9D9"/>
        <w:bottom w:val="single" w:sz="8" w:space="0" w:color="D9D9D9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customStyle="1" w:styleId="xl79">
    <w:name w:val="xl79"/>
    <w:basedOn w:val="Standaard"/>
    <w:rsid w:val="000C7D43"/>
    <w:pPr>
      <w:pBdr>
        <w:top w:val="single" w:sz="8" w:space="0" w:color="D9D9D9"/>
        <w:bottom w:val="single" w:sz="8" w:space="0" w:color="D9D9D9"/>
      </w:pBdr>
      <w:shd w:val="clear" w:color="000000" w:fill="B8CCE4"/>
      <w:spacing w:before="100" w:beforeAutospacing="1" w:after="100" w:afterAutospacing="1" w:line="240" w:lineRule="auto"/>
      <w:ind w:firstLineChars="100" w:firstLine="100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nl-NL" w:eastAsia="nl-NL"/>
    </w:rPr>
  </w:style>
  <w:style w:type="paragraph" w:customStyle="1" w:styleId="xl80">
    <w:name w:val="xl80"/>
    <w:basedOn w:val="Standaard"/>
    <w:rsid w:val="000C7D43"/>
    <w:pPr>
      <w:pBdr>
        <w:top w:val="single" w:sz="8" w:space="0" w:color="D9D9D9"/>
        <w:bottom w:val="single" w:sz="8" w:space="0" w:color="D9D9D9"/>
      </w:pBdr>
      <w:shd w:val="clear" w:color="000000" w:fill="B8CCE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customStyle="1" w:styleId="xl81">
    <w:name w:val="xl81"/>
    <w:basedOn w:val="Standaard"/>
    <w:rsid w:val="000C7D43"/>
    <w:pPr>
      <w:pBdr>
        <w:top w:val="single" w:sz="8" w:space="0" w:color="D9D9D9"/>
        <w:bottom w:val="single" w:sz="8" w:space="0" w:color="D9D9D9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customStyle="1" w:styleId="xl82">
    <w:name w:val="xl82"/>
    <w:basedOn w:val="Standaard"/>
    <w:rsid w:val="000C7D43"/>
    <w:pPr>
      <w:pBdr>
        <w:top w:val="single" w:sz="8" w:space="0" w:color="D9D9D9"/>
        <w:left w:val="single" w:sz="4" w:space="0" w:color="D9D9D9"/>
        <w:bottom w:val="single" w:sz="8" w:space="0" w:color="D9D9D9"/>
        <w:right w:val="single" w:sz="4" w:space="0" w:color="D9D9D9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customStyle="1" w:styleId="xl83">
    <w:name w:val="xl83"/>
    <w:basedOn w:val="Standaard"/>
    <w:rsid w:val="000C7D43"/>
    <w:pPr>
      <w:pBdr>
        <w:top w:val="single" w:sz="8" w:space="0" w:color="D9D9D9"/>
        <w:left w:val="single" w:sz="4" w:space="0" w:color="D9D9D9"/>
        <w:bottom w:val="single" w:sz="8" w:space="0" w:color="D9D9D9"/>
        <w:right w:val="single" w:sz="4" w:space="0" w:color="D9D9D9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customStyle="1" w:styleId="xl84">
    <w:name w:val="xl84"/>
    <w:basedOn w:val="Standaard"/>
    <w:rsid w:val="000C7D4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val="nl-NL" w:eastAsia="nl-NL"/>
    </w:rPr>
  </w:style>
  <w:style w:type="paragraph" w:customStyle="1" w:styleId="xl85">
    <w:name w:val="xl85"/>
    <w:basedOn w:val="Standaard"/>
    <w:rsid w:val="000C7D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customStyle="1" w:styleId="xl86">
    <w:name w:val="xl86"/>
    <w:basedOn w:val="Standaard"/>
    <w:rsid w:val="000C7D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595959"/>
      <w:sz w:val="44"/>
      <w:szCs w:val="44"/>
      <w:lang w:val="nl-NL" w:eastAsia="nl-NL"/>
    </w:rPr>
  </w:style>
  <w:style w:type="paragraph" w:customStyle="1" w:styleId="xl87">
    <w:name w:val="xl87"/>
    <w:basedOn w:val="Standaard"/>
    <w:rsid w:val="000C7D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val="nl-NL" w:eastAsia="nl-NL"/>
    </w:rPr>
  </w:style>
  <w:style w:type="paragraph" w:customStyle="1" w:styleId="xl88">
    <w:name w:val="xl88"/>
    <w:basedOn w:val="Standaard"/>
    <w:rsid w:val="000C7D43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val="nl-NL" w:eastAsia="nl-NL"/>
    </w:rPr>
  </w:style>
  <w:style w:type="paragraph" w:customStyle="1" w:styleId="xl89">
    <w:name w:val="xl89"/>
    <w:basedOn w:val="Standaard"/>
    <w:rsid w:val="000C7D43"/>
    <w:pPr>
      <w:pBdr>
        <w:top w:val="single" w:sz="8" w:space="0" w:color="D9D9D9"/>
        <w:bottom w:val="single" w:sz="8" w:space="0" w:color="D9D9D9"/>
      </w:pBdr>
      <w:shd w:val="clear" w:color="000000" w:fill="B8CCE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customStyle="1" w:styleId="xl90">
    <w:name w:val="xl90"/>
    <w:basedOn w:val="Standaard"/>
    <w:rsid w:val="000C7D43"/>
    <w:pPr>
      <w:pBdr>
        <w:top w:val="single" w:sz="8" w:space="0" w:color="D9D9D9"/>
        <w:bottom w:val="single" w:sz="8" w:space="0" w:color="D9D9D9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customStyle="1" w:styleId="xl91">
    <w:name w:val="xl91"/>
    <w:basedOn w:val="Standaard"/>
    <w:rsid w:val="000C7D43"/>
    <w:pPr>
      <w:pBdr>
        <w:top w:val="single" w:sz="8" w:space="0" w:color="D9D9D9"/>
        <w:bottom w:val="single" w:sz="8" w:space="0" w:color="D9D9D9"/>
      </w:pBdr>
      <w:shd w:val="clear" w:color="000000" w:fill="DCE6F1"/>
      <w:spacing w:before="100" w:beforeAutospacing="1" w:after="100" w:afterAutospacing="1" w:line="240" w:lineRule="auto"/>
      <w:ind w:firstLineChars="200" w:firstLine="200"/>
      <w:textAlignment w:val="center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customStyle="1" w:styleId="xl92">
    <w:name w:val="xl92"/>
    <w:basedOn w:val="Standaard"/>
    <w:rsid w:val="000C7D43"/>
    <w:pPr>
      <w:pBdr>
        <w:bottom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customStyle="1" w:styleId="xl93">
    <w:name w:val="xl93"/>
    <w:basedOn w:val="Standaard"/>
    <w:rsid w:val="000C7D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val="nl-NL" w:eastAsia="nl-NL"/>
    </w:rPr>
  </w:style>
  <w:style w:type="paragraph" w:customStyle="1" w:styleId="xl94">
    <w:name w:val="xl94"/>
    <w:basedOn w:val="Standaard"/>
    <w:rsid w:val="000C7D43"/>
    <w:pP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  <w:lang w:val="nl-NL" w:eastAsia="nl-NL"/>
    </w:rPr>
  </w:style>
  <w:style w:type="paragraph" w:customStyle="1" w:styleId="xl95">
    <w:name w:val="xl95"/>
    <w:basedOn w:val="Standaard"/>
    <w:rsid w:val="000C7D43"/>
    <w:pPr>
      <w:pBdr>
        <w:top w:val="single" w:sz="8" w:space="0" w:color="D9D9D9"/>
        <w:bottom w:val="single" w:sz="8" w:space="0" w:color="D9D9D9"/>
      </w:pBdr>
      <w:shd w:val="clear" w:color="000000" w:fill="B8CCE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customStyle="1" w:styleId="xl96">
    <w:name w:val="xl96"/>
    <w:basedOn w:val="Standaard"/>
    <w:rsid w:val="000C7D43"/>
    <w:pPr>
      <w:pBdr>
        <w:top w:val="single" w:sz="8" w:space="0" w:color="D9D9D9"/>
        <w:bottom w:val="single" w:sz="8" w:space="0" w:color="D9D9D9"/>
      </w:pBdr>
      <w:shd w:val="clear" w:color="000000" w:fill="B8CCE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customStyle="1" w:styleId="xl97">
    <w:name w:val="xl97"/>
    <w:basedOn w:val="Standaard"/>
    <w:rsid w:val="000C7D43"/>
    <w:pPr>
      <w:pBdr>
        <w:top w:val="single" w:sz="8" w:space="0" w:color="D9D9D9"/>
        <w:bottom w:val="single" w:sz="8" w:space="0" w:color="D9D9D9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customStyle="1" w:styleId="xl98">
    <w:name w:val="xl98"/>
    <w:basedOn w:val="Standaard"/>
    <w:rsid w:val="000C7D43"/>
    <w:pPr>
      <w:pBdr>
        <w:left w:val="single" w:sz="4" w:space="0" w:color="A6A6A6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val="nl-NL" w:eastAsia="nl-NL"/>
    </w:rPr>
  </w:style>
  <w:style w:type="paragraph" w:customStyle="1" w:styleId="xl99">
    <w:name w:val="xl99"/>
    <w:basedOn w:val="Standaard"/>
    <w:rsid w:val="000C7D43"/>
    <w:pP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val="nl-NL" w:eastAsia="nl-NL"/>
    </w:rPr>
  </w:style>
  <w:style w:type="paragraph" w:customStyle="1" w:styleId="xl100">
    <w:name w:val="xl100"/>
    <w:basedOn w:val="Standaard"/>
    <w:rsid w:val="000C7D43"/>
    <w:pPr>
      <w:pBdr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val="nl-NL" w:eastAsia="nl-NL"/>
    </w:rPr>
  </w:style>
  <w:style w:type="paragraph" w:customStyle="1" w:styleId="xl101">
    <w:name w:val="xl101"/>
    <w:basedOn w:val="Standaard"/>
    <w:rsid w:val="000C7D43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val="nl-NL" w:eastAsia="nl-NL"/>
    </w:rPr>
  </w:style>
  <w:style w:type="paragraph" w:customStyle="1" w:styleId="xl102">
    <w:name w:val="xl102"/>
    <w:basedOn w:val="Standaard"/>
    <w:rsid w:val="000C7D43"/>
    <w:pPr>
      <w:pBdr>
        <w:top w:val="single" w:sz="8" w:space="0" w:color="D9D9D9"/>
        <w:bottom w:val="single" w:sz="8" w:space="0" w:color="D9D9D9"/>
      </w:pBdr>
      <w:shd w:val="clear" w:color="000000" w:fill="DCE6F1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customStyle="1" w:styleId="xl103">
    <w:name w:val="xl103"/>
    <w:basedOn w:val="Standaard"/>
    <w:rsid w:val="000C7D43"/>
    <w:pPr>
      <w:spacing w:before="100" w:beforeAutospacing="1" w:after="100" w:afterAutospacing="1" w:line="240" w:lineRule="auto"/>
      <w:ind w:firstLineChars="100" w:firstLine="100"/>
      <w:jc w:val="right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customStyle="1" w:styleId="xl104">
    <w:name w:val="xl104"/>
    <w:basedOn w:val="Standaard"/>
    <w:rsid w:val="000C7D43"/>
    <w:pPr>
      <w:pBdr>
        <w:right w:val="single" w:sz="4" w:space="7" w:color="A6A6A6"/>
      </w:pBdr>
      <w:spacing w:before="100" w:beforeAutospacing="1" w:after="100" w:afterAutospacing="1" w:line="240" w:lineRule="auto"/>
      <w:ind w:firstLineChars="100" w:firstLine="100"/>
      <w:jc w:val="right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customStyle="1" w:styleId="xl105">
    <w:name w:val="xl105"/>
    <w:basedOn w:val="Standaard"/>
    <w:rsid w:val="000C7D43"/>
    <w:pPr>
      <w:pBdr>
        <w:top w:val="single" w:sz="4" w:space="0" w:color="A6A6A6"/>
        <w:left w:val="single" w:sz="4" w:space="7" w:color="A6A6A6"/>
      </w:pBdr>
      <w:shd w:val="clear" w:color="000000" w:fill="D9D9D9"/>
      <w:spacing w:before="100" w:beforeAutospacing="1" w:after="100" w:afterAutospacing="1" w:line="240" w:lineRule="auto"/>
      <w:ind w:firstLineChars="100" w:firstLine="100"/>
      <w:textAlignment w:val="center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customStyle="1" w:styleId="xl106">
    <w:name w:val="xl106"/>
    <w:basedOn w:val="Standaard"/>
    <w:rsid w:val="000C7D43"/>
    <w:pPr>
      <w:pBdr>
        <w:top w:val="single" w:sz="4" w:space="0" w:color="A6A6A6"/>
      </w:pBdr>
      <w:shd w:val="clear" w:color="000000" w:fill="D9D9D9"/>
      <w:spacing w:before="100" w:beforeAutospacing="1" w:after="100" w:afterAutospacing="1" w:line="240" w:lineRule="auto"/>
      <w:ind w:firstLineChars="100" w:firstLine="100"/>
      <w:textAlignment w:val="center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customStyle="1" w:styleId="xl107">
    <w:name w:val="xl107"/>
    <w:basedOn w:val="Standaard"/>
    <w:rsid w:val="000C7D43"/>
    <w:pPr>
      <w:pBdr>
        <w:top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ind w:firstLineChars="100" w:firstLine="100"/>
      <w:textAlignment w:val="center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customStyle="1" w:styleId="xl108">
    <w:name w:val="xl108"/>
    <w:basedOn w:val="Standaard"/>
    <w:rsid w:val="000C7D43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val="nl-NL" w:eastAsia="nl-NL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CC384D"/>
    <w:rPr>
      <w:color w:val="605E5C"/>
      <w:shd w:val="clear" w:color="auto" w:fill="E1DFDD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642DF0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642DF0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642DF0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42DF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642DF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14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9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60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C8C387FC7EBCA40A5BD88C8AD1670B8" ma:contentTypeVersion="10" ma:contentTypeDescription="Een nieuw document maken." ma:contentTypeScope="" ma:versionID="9ad33a5e22d1f326fa71b83ba330f41c">
  <xsd:schema xmlns:xsd="http://www.w3.org/2001/XMLSchema" xmlns:xs="http://www.w3.org/2001/XMLSchema" xmlns:p="http://schemas.microsoft.com/office/2006/metadata/properties" xmlns:ns2="b6de6a77-b4e3-4fdb-8419-32ecf6f701dc" xmlns:ns3="71682435-2ac2-489e-a281-8c7cac5482a0" targetNamespace="http://schemas.microsoft.com/office/2006/metadata/properties" ma:root="true" ma:fieldsID="333bb3aa4bfb70139430ed473803bb75" ns2:_="" ns3:_="">
    <xsd:import namespace="b6de6a77-b4e3-4fdb-8419-32ecf6f701dc"/>
    <xsd:import namespace="71682435-2ac2-489e-a281-8c7cac5482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de6a77-b4e3-4fdb-8419-32ecf6f701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300b39fb-446c-4aa3-a3a9-e45bc3a66e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682435-2ac2-489e-a281-8c7cac5482a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bada6a1-1b1d-42f0-9632-6e19d46129e2}" ma:internalName="TaxCatchAll" ma:showField="CatchAllData" ma:web="71682435-2ac2-489e-a281-8c7cac5482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6de6a77-b4e3-4fdb-8419-32ecf6f701dc">
      <Terms xmlns="http://schemas.microsoft.com/office/infopath/2007/PartnerControls"/>
    </lcf76f155ced4ddcb4097134ff3c332f>
    <TaxCatchAll xmlns="71682435-2ac2-489e-a281-8c7cac5482a0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178165F-2FAF-478D-8B05-88A7F0712F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de6a77-b4e3-4fdb-8419-32ecf6f701dc"/>
    <ds:schemaRef ds:uri="71682435-2ac2-489e-a281-8c7cac5482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F65F0C8-BBA3-4DDC-9DF4-9182AB977228}">
  <ds:schemaRefs>
    <ds:schemaRef ds:uri="http://schemas.microsoft.com/office/2006/metadata/properties"/>
    <ds:schemaRef ds:uri="http://schemas.microsoft.com/office/infopath/2007/PartnerControls"/>
    <ds:schemaRef ds:uri="b6de6a77-b4e3-4fdb-8419-32ecf6f701dc"/>
    <ds:schemaRef ds:uri="71682435-2ac2-489e-a281-8c7cac5482a0"/>
  </ds:schemaRefs>
</ds:datastoreItem>
</file>

<file path=customXml/itemProps4.xml><?xml version="1.0" encoding="utf-8"?>
<ds:datastoreItem xmlns:ds="http://schemas.openxmlformats.org/officeDocument/2006/customXml" ds:itemID="{77783E56-D5F6-4FD7-AF18-03756524F4D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2</Pages>
  <Words>239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Kim Meijer</cp:lastModifiedBy>
  <cp:revision>4</cp:revision>
  <cp:lastPrinted>2025-10-28T09:21:00Z</cp:lastPrinted>
  <dcterms:created xsi:type="dcterms:W3CDTF">2026-08-27T10:03:00Z</dcterms:created>
  <dcterms:modified xsi:type="dcterms:W3CDTF">2026-08-28T07:32:00Z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0x010100CC8C387FC7EBCA40A5BD88C8AD1670B8</vt:lpwstr>
  </property>
  <property fmtid="{D5CDD505-2E9C-101B-9397-08002B2CF9AE}" pid="3" name="MediaServiceImageTags">
    <vt:lpwstr/>
  </property>
  <property fmtid="{D5CDD505-2E9C-101B-9397-08002B2CF9AE}" pid="4" name="MSIP_Label_b3a3144c-e58f-4c7e-97e0-07a7a54e7b35_Enabled">
    <vt:lpwstr>true</vt:lpwstr>
  </property>
  <property fmtid="{D5CDD505-2E9C-101B-9397-08002B2CF9AE}" pid="5" name="MSIP_Label_b3a3144c-e58f-4c7e-97e0-07a7a54e7b35_SetDate">
    <vt:lpwstr>2026-02-23T09:14:55Z</vt:lpwstr>
  </property>
  <property fmtid="{D5CDD505-2E9C-101B-9397-08002B2CF9AE}" pid="6" name="MSIP_Label_b3a3144c-e58f-4c7e-97e0-07a7a54e7b35_Method">
    <vt:lpwstr>Standard</vt:lpwstr>
  </property>
  <property fmtid="{D5CDD505-2E9C-101B-9397-08002B2CF9AE}" pid="7" name="MSIP_Label_b3a3144c-e58f-4c7e-97e0-07a7a54e7b35_Name">
    <vt:lpwstr>Intern</vt:lpwstr>
  </property>
  <property fmtid="{D5CDD505-2E9C-101B-9397-08002B2CF9AE}" pid="8" name="MSIP_Label_b3a3144c-e58f-4c7e-97e0-07a7a54e7b35_SiteId">
    <vt:lpwstr>8c3b61fd-94af-4533-8307-eb59dbd860b0</vt:lpwstr>
  </property>
  <property fmtid="{D5CDD505-2E9C-101B-9397-08002B2CF9AE}" pid="9" name="MSIP_Label_b3a3144c-e58f-4c7e-97e0-07a7a54e7b35_ActionId">
    <vt:lpwstr>db6d3278-1911-4a77-bb13-c1787e56cbef</vt:lpwstr>
  </property>
  <property fmtid="{D5CDD505-2E9C-101B-9397-08002B2CF9AE}" pid="10" name="MSIP_Label_b3a3144c-e58f-4c7e-97e0-07a7a54e7b35_ContentBits">
    <vt:lpwstr>0</vt:lpwstr>
  </property>
  <property fmtid="{D5CDD505-2E9C-101B-9397-08002B2CF9AE}" pid="11" name="MSIP_Label_b3a3144c-e58f-4c7e-97e0-07a7a54e7b35_Tag">
    <vt:lpwstr>10, 3, 0, 2</vt:lpwstr>
  </property>
</Properties>
</file>